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uk-UA" w:eastAsia="uk-UA" w:bidi="uk-UA"/>
        </w:rPr>
        <w:t>Форма вимог уповноваженого покупця</w:t>
      </w:r>
    </w:p>
    <w:p>
      <w:pPr>
        <w:pStyle w:val="Subtitle"/>
        <w:spacing w:before="0" w:after="140" w:line="240" w:lineRule="auto"/>
        <w:jc w:val="left"/>
      </w:pPr>
      <w:r>
        <w:rPr>
          <w:rFonts w:ascii="Arial" w:hAnsi="Arial" w:eastAsia="Arial" w:cs="Arial"/>
          <w:color w:val="526577"/>
          <w:sz w:val="19"/>
          <w:lang w:val="uk-UA" w:eastAsia="uk-UA" w:bidi="uk-UA"/>
        </w:rPr>
        <w:t>Вимоги до інституційної оборони, безпеки, захисного обладнання та польової підтримки</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Код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OLYD-FRM-CBR-001</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Версія / дата набрання чинності</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3.0 / 2 серпня 2026 р.</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Класифікація</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Контрольована ділова форма</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Власник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OLYDEFENCE — OLYVENRA LTD</w:t>
            </w:r>
          </w:p>
        </w:tc>
      </w:tr>
      <w:tr>
        <w:trPr>
          <w:trHeight w:hRule="atLeast"/>
          <w:cantSplit/>
        </w:trPr>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Мова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Українська</w:t>
            </w:r>
          </w:p>
        </w:tc>
        <w:tc>
          <w:tcPr>
            <w:tcW w:type="dxa" w:w="2100"/>
            <w:tcMar>
              <w:top w:w="90" w:type="dxa"/>
              <w:start w:w="120" w:type="dxa"/>
              <w:bottom w:w="90" w:type="dxa"/>
              <w:end w:w="120" w:type="dxa"/>
            </w:tcMar>
            <w:vAlign w:val="center"/>
            <w:shd w:fill="F7F0DC" w:val="clear"/>
          </w:tcPr>
          <w:p>
            <w:pPr>
              <w:spacing w:before="0" w:after="0" w:line="240" w:lineRule="auto"/>
              <w:jc w:val="left"/>
            </w:pPr>
            <w:r/>
            <w:r>
              <w:rPr>
                <w:rFonts w:ascii="Arial" w:hAnsi="Arial" w:eastAsia="Arial" w:cs="Arial"/>
                <w:b/>
                <w:i w:val="0"/>
                <w:color w:val="866A20"/>
                <w:sz w:val="16"/>
                <w:lang w:val="uk-UA" w:eastAsia="uk-UA" w:bidi="uk-UA"/>
              </w:rPr>
              <w:t>Статус</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uk-UA" w:eastAsia="uk-UA" w:bidi="uk-UA"/>
              </w:rPr>
              <w:t>Готово до публікації / контрольований оригінал</w:t>
            </w:r>
          </w:p>
        </w:tc>
      </w:tr>
    </w:tbl>
    <w:tbl>
      <w:tblPr>
        <w:tblW w:type="dxa" w:w="10106"/>
        <w:jc w:val="center"/>
        <w:tblLayout w:type="fixed"/>
        <w:tblLook w:firstColumn="1" w:firstRow="1" w:lastColumn="0" w:lastRow="0" w:noHBand="0" w:noVBand="1" w:val="04A0"/>
        <w:tblInd w:w="120" w:type="dxa"/>
        <w:tblCaption w:val="Призначення"/>
        <w:tblDescription w:val="Використовуйте цю контрольовану форму, щоб визначити законну, неконфіденційну інституційну вимогу. OLYDEFENCE перевіряє повноваження, сторони, кінцеве призначення, кінцевого користувача, кінцеве використання, класифікаці"/>
      </w:tblPr>
      <w:tblGrid>
        <w:gridCol w:w="10106"/>
      </w:tblGrid>
      <w:tr>
        <w:trPr>
          <w:trHeight w:hRule="atLeast"/>
          <w:tblHeader/>
          <w:cantSplit/>
        </w:trPr>
        <w:tc>
          <w:tcPr>
            <w:tcW w:type="dxa" w:w="10106"/>
            <w:tcMar>
              <w:top w:w="90" w:type="dxa"/>
              <w:start w:w="120" w:type="dxa"/>
              <w:bottom w:w="90" w:type="dxa"/>
              <w:end w:w="120" w:type="dxa"/>
            </w:tcMar>
            <w:vAlign w:val="center"/>
            <w:shd w:fill="866A20" w:val="clear"/>
          </w:tcPr>
          <w:p>
            <w:pPr>
              <w:spacing w:before="0" w:after="0" w:line="240" w:lineRule="auto"/>
              <w:jc w:val="left"/>
            </w:pPr>
            <w:r/>
            <w:r>
              <w:rPr>
                <w:rFonts w:ascii="Arial" w:hAnsi="Arial" w:eastAsia="Arial" w:cs="Arial"/>
                <w:b/>
                <w:i w:val="0"/>
                <w:color w:val="FFFFFF"/>
                <w:sz w:val="18"/>
                <w:lang w:val="uk-UA" w:eastAsia="uk-UA" w:bidi="uk-UA"/>
              </w:rPr>
              <w:t>Призначення</w:t>
            </w:r>
          </w:p>
        </w:tc>
      </w:tr>
      <w:tr>
        <w:trPr>
          <w:trHeight w:hRule="atLeast"/>
          <w:cantSplit/>
        </w:trPr>
        <w:tc>
          <w:tcPr>
            <w:tcW w:type="dxa" w:w="10106"/>
            <w:tcMar>
              <w:top w:w="90" w:type="dxa"/>
              <w:start w:w="120" w:type="dxa"/>
              <w:bottom w:w="90" w:type="dxa"/>
              <w:end w:w="120" w:type="dxa"/>
            </w:tcMar>
            <w:vAlign w:val="center"/>
            <w:shd w:fill="F7F0DC" w:val="clear"/>
          </w:tcPr>
          <w:p>
            <w:pPr>
              <w:spacing w:before="0" w:after="0" w:line="252" w:lineRule="auto"/>
              <w:jc w:val="left"/>
            </w:pPr>
            <w:r/>
            <w:r>
              <w:rPr>
                <w:rFonts w:ascii="Arial" w:hAnsi="Arial" w:eastAsia="Arial" w:cs="Arial"/>
                <w:color w:val="102334"/>
                <w:sz w:val="17"/>
                <w:lang w:val="uk-UA" w:eastAsia="uk-UA" w:bidi="uk-UA"/>
              </w:rPr>
              <w:t>Використовуйте цю контрольовану форму, щоб визначити законну, неконфіденційну інституційну вимогу. OLYDEFENCE перевіряє повноваження, сторони, кінцеве призначення, кінцевого користувача, кінцеве використання, класифікацію, ліцензування, санкції, засоби контролю проти перенаправлення, докази продукту, логістику та підтримку життєвого циклу перед будь-яким комерційним прогресом.</w:t>
            </w:r>
          </w:p>
        </w:tc>
      </w:tr>
    </w:tbl>
    <w:tbl>
      <w:tblPr>
        <w:tblW w:type="dxa" w:w="10106"/>
        <w:jc w:val="center"/>
        <w:tblLayout w:type="fixed"/>
        <w:tblLook w:firstColumn="1" w:firstRow="1" w:lastColumn="0" w:lastRow="0" w:noHBand="0" w:noVBand="1" w:val="04A0"/>
        <w:tblInd w:w="120" w:type="dxa"/>
        <w:tblCaption w:val="Інструкція із заповнення"/>
        <w:tblDescription w:val="Заповніть усі необхідні поля. Використовуйте загальні, неконфіденційні описи та цитуйте докази за назвою документа, видавцем, номером, версією та датою. Позначте Незастосовно з причиною. OLYDEFENCE може вимагати роз’ясне"/>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uk-UA" w:eastAsia="uk-UA" w:bidi="uk-UA"/>
              </w:rPr>
              <w:t>Інструкція із заповнення</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uk-UA" w:eastAsia="uk-UA" w:bidi="uk-UA"/>
              </w:rPr>
              <w:t>Заповніть усі необхідні поля. Використовуйте загальні, неконфіденційні описи та цитуйте докази за назвою документа, видавцем, номером, версією та датою. Позначте Незастосовно з причиною. OLYDEFENCE може вимагати роз’яснення, посилення належної перевірки або безпечний обмін документами.</w:t>
            </w:r>
          </w:p>
        </w:tc>
      </w:tr>
    </w:tbl>
    <w:tbl>
      <w:tblPr>
        <w:tblW w:type="dxa" w:w="10106"/>
        <w:jc w:val="center"/>
        <w:tblLayout w:type="fixed"/>
        <w:tblLook w:firstColumn="1" w:firstRow="1" w:lastColumn="0" w:lastRow="0" w:noHBand="0" w:noVBand="1" w:val="04A0"/>
        <w:tblInd w:w="120" w:type="dxa"/>
        <w:tblCaption w:val="Конфіденційність і безпечна передача документів"/>
        <w:tblDescription w:val="Не надсилайте секретну інформацію, експортно-контрольовані технічні дані, деталі конфігурації зброї, документи, що посвідчують особу, медичні записи чи облікові дані звичайною електронною поштою або цією загальнодоступно"/>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uk-UA" w:eastAsia="uk-UA" w:bidi="uk-UA"/>
              </w:rPr>
              <w:t>Конфіденційність і безпечна передача документів</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uk-UA" w:eastAsia="uk-UA" w:bidi="uk-UA"/>
              </w:rPr>
              <w:t>Не надсилайте секретну інформацію, експортно-контрольовані технічні дані, деталі конфігурації зброї, документи, що посвідчують особу, медичні записи чи облікові дані звичайною електронною поштою або цією загальнодоступною формою. Надавайте лише посилання, доки не буде підтверджено схвалений безпечний канал і авторизованих одержувачів.</w:t>
            </w:r>
          </w:p>
          <w:p>
            <w:pPr>
              <w:spacing w:before="60" w:after="0" w:line="240" w:lineRule="auto"/>
              <w:jc w:val="left"/>
            </w:pPr>
            <w:hyperlink r:id="rId11">
              <w:r>
                <w:rPr>
                  <w:color w:val="866A20"/>
                  <w:u w:val="single"/>
                </w:rPr>
                <w:t>Ознайомитися з Повідомленням OLYVENRA про конфіденційність</w:t>
              </w:r>
            </w:hyperlink>
          </w:p>
        </w:tc>
      </w:tr>
    </w:tbl>
    <w:tbl>
      <w:tblPr>
        <w:tblW w:type="dxa" w:w="10106"/>
        <w:jc w:val="center"/>
        <w:tblLayout w:type="fixed"/>
        <w:tblLook w:firstColumn="1" w:firstRow="1" w:lastColumn="0" w:lastRow="0" w:noHBand="0" w:noVBand="1" w:val="04A0"/>
        <w:tblInd w:w="120" w:type="dxa"/>
        <w:tblCaption w:val="Межі контрольованого постачання та захищеної інформації"/>
        <w:tblDescription w:val="Ця форма не є пропозицією, схваленням продукту, ліцензією, дозволом на кінцеве використання, юридичною консультацією чи зобов’язанням укласти транзакцію. Контрольовані предмети переміщуються лише через компетентні органи"/>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uk-UA" w:eastAsia="uk-UA" w:bidi="uk-UA"/>
              </w:rPr>
              <w:t>Межі контрольованого постачання та захищеної інформації</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uk-UA" w:eastAsia="uk-UA" w:bidi="uk-UA"/>
              </w:rPr>
              <w:t>Ця форма не є пропозицією, схваленням продукту, ліцензією, дозволом на кінцеве використання, юридичною консультацією чи зобов’язанням укласти транзакцію. Контрольовані предмети переміщуються лише через компетентні органи та законними ліцензованими маршрутами. Громадська аптечка не включає ліки; будь-який запит на ліки має використовувати окремий ліцензований канал, якщо це законно.</w:t>
            </w:r>
          </w:p>
        </w:tc>
      </w:tr>
    </w:tbl>
    <w:p>
      <w:pPr>
        <w:pStyle w:val="Heading1"/>
        <w:keepNext/>
        <w:spacing w:before="160" w:after="80" w:line="240" w:lineRule="auto"/>
        <w:jc w:val="left"/>
      </w:pPr>
      <w:r>
        <w:rPr>
          <w:rFonts w:ascii="Arial" w:hAnsi="Arial" w:eastAsia="Arial" w:cs="Arial"/>
          <w:b/>
          <w:color w:val="866A20"/>
          <w:sz w:val="25"/>
          <w:lang w:val="uk-UA" w:eastAsia="uk-UA" w:bidi="uk-UA"/>
        </w:rPr>
        <w:t>Ідентичність організації та повноваження</w:t>
      </w:r>
    </w:p>
    <w:tbl>
      <w:tblPr>
        <w:tblW w:type="dxa" w:w="10106"/>
        <w:jc w:val="center"/>
        <w:tblLayout w:type="fixed"/>
        <w:tblLook w:firstColumn="1" w:firstRow="1" w:lastColumn="0" w:lastRow="0" w:noHBand="0" w:noVBand="1" w:val="04A0"/>
        <w:tblInd w:w="120" w:type="dxa"/>
        <w:tblCaption w:val="Ідентичність організації та повноваження"/>
        <w:tblDescription w:val="Ідентичність організації та повноваження: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Повне юридичне найменування та комерційне найменування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вне юридичне найменування та комерційне найменування"/>
                <w:tag w:val="olydefence.v3.buyer-requirement.uk.identity.legal_name"/>
                <w:id w:val="2651789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Реєстраційний номер, країна та юридична адреса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єстраційний номер, країна та юридична адреса"/>
                <w:tag w:val="olydefence.v3.buyer-requirement.uk.identity.registration"/>
                <w:id w:val="39710589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Корпоративний веб-сайт і публічний профіль, який можна перевірити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рпоративний веб-сайт і публічний профіль, який можна перевірити"/>
                <w:tag w:val="olydefence.v3.buyer-requirement.uk.identity.website"/>
                <w:id w:val="187082327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Авторизований контакт: ім’я, посада, відділ, електронна адреса та телефон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вторизований контакт: ім’я, посада, відділ, електронна адреса та телефон"/>
                <w:tag w:val="olydefence.v3.buyer-requirement.uk.identity.contact"/>
                <w:id w:val="59773855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Публічне доручення, повноваження щодо закупівель або підстави представництва організації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ублічне доручення, повноваження щодо закупівель або підстави представництва організації"/>
                <w:tag w:val="olydefence.v3.buyer-requirement.uk.identity.authority_basis"/>
                <w:id w:val="158138351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Тип організації та роль у запропонованій операції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ип організації та роль у запропонованій операції"/>
                <w:tag w:val="olydefence.v3.buyer-requirement.uk.identity.organisation_type"/>
                <w:id w:val="60409409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Потреба та шлях закупівлі</w:t>
      </w:r>
    </w:p>
    <w:tbl>
      <w:tblPr>
        <w:tblW w:type="dxa" w:w="10106"/>
        <w:jc w:val="center"/>
        <w:tblLayout w:type="fixed"/>
        <w:tblLook w:firstColumn="1" w:firstRow="1" w:lastColumn="0" w:lastRow="0" w:noHBand="0" w:noVBand="1" w:val="04A0"/>
        <w:tblInd w:w="120" w:type="dxa"/>
        <w:tblCaption w:val="Потреба та шлях закупівлі"/>
        <w:tblDescription w:val="Потреба та шлях закупівлі: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Посилання на тендер, структуру, проект або можливість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силання на тендер, структуру, проект або можливість"/>
                <w:tag w:val="olydefence.v3.buyer-requirement.uk.requirement.tender"/>
                <w:id w:val="119801654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Маршрут закупівлі та замовник</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Маршрут закупівлі та замовник"/>
                <w:tag w:val="olydefence.v3.buyer-requirement.uk.requirement.route"/>
                <w:id w:val="14662787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Неконфіденційне резюме вимог і операційне середовище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еконфіденційне резюме вимог і операційне середовище"/>
                <w:tag w:val="olydefence.v3.buyer-requirement.uk.requirement.requirement_summary"/>
                <w:id w:val="143003745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Сімейство продуктів або категорія послуг</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імейство продуктів або категорія послуг"/>
                <w:tag w:val="olydefence.v3.buyer-requirement.uk.requirement.category"/>
                <w:id w:val="99803502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Індикативна кількість, одиниці випуску та прогноз</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Індикативна кількість, одиниці випуску та прогноз"/>
                <w:tag w:val="olydefence.v3.buyer-requirement.uk.requirement.quantity"/>
                <w:id w:val="134930592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Потрібна дата доставки, впровадження або готовності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трібна дата доставки, впровадження або готовності"/>
                <w:tag w:val="olydefence.v3.buyer-requirement.uk.requirement.timeline"/>
                <w:id w:val="129624136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Орієнтовний бюджет/валюта, якщо можна розкрити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рієнтовний бюджет/валюта, якщо можна розкрити"/>
                <w:tag w:val="olydefence.v3.buyer-requirement.uk.requirement.budget"/>
                <w:id w:val="112299053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Сторони, призначення, кінцевий користувач і кінцеве використання</w:t>
      </w:r>
    </w:p>
    <w:tbl>
      <w:tblPr>
        <w:tblW w:type="dxa" w:w="10106"/>
        <w:jc w:val="center"/>
        <w:tblLayout w:type="fixed"/>
        <w:tblLook w:firstColumn="1" w:firstRow="1" w:lastColumn="0" w:lastRow="0" w:noHBand="0" w:noVBand="1" w:val="04A0"/>
        <w:tblInd w:w="120" w:type="dxa"/>
        <w:tblCaption w:val="Сторони, призначення, кінцевий користувач і кінцеве використання"/>
        <w:tblDescription w:val="Сторони, призначення, кінцевий користувач і кінцеве використання: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Покупець і замовник</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купець і замовник"/>
                <w:tag w:val="olydefence.v3.buyer-requirement.uk.parties.buyer"/>
                <w:id w:val="46616128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Вантажоодержувач, імпортер і місце доставки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антажоодержувач, імпортер і місце доставки"/>
                <w:tag w:val="olydefence.v3.buyer-requirement.uk.parties.consignee"/>
                <w:id w:val="1030326665"/>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Організація та підрозділ кінцевого користувача, якщо це передбачено законом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рганізація та підрозділ кінцевого користувача, якщо це передбачено законом"/>
                <w:tag w:val="olydefence.v3.buyer-requirement.uk.parties.end_user"/>
                <w:id w:val="209049805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Країна кінцевого призначення та заявлене місцезнаходження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аїна кінцевого призначення та заявлене місцезнаходження"/>
                <w:tag w:val="olydefence.v3.buyer-requirement.uk.parties.destination"/>
                <w:id w:val="212541126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Задокументоване передбачуване кінцеве використання та авторизована популяція користувачів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документоване передбачуване кінцеве використання та авторизована популяція користувачів"/>
                <w:tag w:val="olydefence.v3.buyer-requirement.uk.parties.intended_end_use"/>
                <w:id w:val="55622302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Зберігання, підзвітність, безпечне зберігання та контроль випуску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берігання, підзвітність, безпечне зберігання та контроль випуску"/>
                <w:tag w:val="olydefence.v3.buyer-requirement.uk.parties.custody"/>
                <w:id w:val="156314260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Обмеження щодо повторної передачі, реекспорту, перепродажу або подальшого розкриття інформації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бмеження щодо повторної передачі, реекспорту, перепродажу або подальшого розкриття інформації"/>
                <w:tag w:val="olydefence.v3.buyer-requirement.uk.parties.retransfer"/>
                <w:id w:val="93319116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Агенти, брокери, консультанти, фрахтувальники та інші посередники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генти, брокери, консультанти, фрахтувальники та інші посередники"/>
                <w:tag w:val="olydefence.v3.buyer-requirement.uk.parties.intermediaries"/>
                <w:id w:val="174210305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Класифікація, ліцензування та відповідальна передача</w:t>
      </w:r>
    </w:p>
    <w:tbl>
      <w:tblPr>
        <w:tblW w:type="dxa" w:w="10106"/>
        <w:jc w:val="center"/>
        <w:tblLayout w:type="fixed"/>
        <w:tblLook w:firstColumn="1" w:firstRow="1" w:lastColumn="0" w:lastRow="0" w:noHBand="0" w:noVBand="1" w:val="04A0"/>
        <w:tblInd w:w="120" w:type="dxa"/>
        <w:tblCaption w:val="Класифікація, ліцензування та відповідальна передача"/>
        <w:tblDescription w:val="Класифікація, ліцензування та відповідальна передача: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Запропонована класифікація для військових, подвійного використання, вогнепальної зброї, ЗІЗ, медичних пристроїв, небезпечних товарів або іншої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ропонована класифікація для військових, подвійного використання, вогнепальної зброї, ЗІЗ, медичних пристроїв, небезпечних товарів або іншої"/>
                <w:tag w:val="olydefence.v3.buyer-requirement.uk.classification.classification"/>
                <w:id w:val="51555201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Застосовний контрольний список, посилання на митний/тариф або небезпечні вантажі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стосовний контрольний список, посилання на митний/тариф або небезпечні вантажі"/>
                <w:tag w:val="olydefence.v3.buyer-requirement.uk.classification.control_codes"/>
                <w:id w:val="11083944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Власник і статус ліцензії на експорт, імпорт, транзит, посередництво чи іншу ліцензію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ласник і статус ліцензії на експорт, імпорт, транзит, посередництво чи іншу ліцензію"/>
                <w:tag w:val="olydefence.v3.buyer-requirement.uk.classification.licence_owner"/>
                <w:id w:val="127411107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Застосовні санкції, ембарго та статус перегляду обмеженої сторони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стосовні санкції, ембарго та статус перегляду обмеженої сторони"/>
                <w:tag w:val="olydefence.v3.buyer-requirement.uk.classification.sanctions"/>
                <w:id w:val="3658562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Міркування ризику щодо прав людини та міжнародного гуманітарного права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Міркування ризику щодо прав людини та міжнародного гуманітарного права"/>
                <w:tag w:val="olydefence.v3.buyer-requirement.uk.classification.human_rights"/>
                <w:id w:val="8873639"/>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Індикатори перенаправлення, посилений контроль і маршрут ескалації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Індикатори перенаправлення, посилений контроль і маршрут ескалації"/>
                <w:tag w:val="olydefence.v3.buyer-requirement.uk.classification.diversion"/>
                <w:id w:val="180279563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Ідентичність продукту, конфігурація та докази</w:t>
      </w:r>
    </w:p>
    <w:tbl>
      <w:tblPr>
        <w:tblW w:type="dxa" w:w="10106"/>
        <w:jc w:val="center"/>
        <w:tblLayout w:type="fixed"/>
        <w:tblLook w:firstColumn="1" w:firstRow="1" w:lastColumn="0" w:lastRow="0" w:noHBand="0" w:noVBand="1" w:val="04A0"/>
        <w:tblInd w:w="120" w:type="dxa"/>
        <w:tblCaption w:val="Ідентичність продукту, конфігурація та докази"/>
        <w:tblDescription w:val="Ідентичність продукту, конфігурація та доказ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Легальний виробник, місце виробництва та авторизований шлях постачання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Легальний виробник, місце виробництва та авторизований шлях постачання"/>
                <w:tag w:val="olydefence.v3.buyer-requirement.uk.product.manufacturer"/>
                <w:id w:val="140078314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Загальне позначення, модель/конфігурація, деталь або каталожний номер</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гальне позначення, модель/конфігурація, деталь або каталожний номер"/>
                <w:tag w:val="olydefence.v3.buyer-requirement.uk.product.designation"/>
                <w:id w:val="76972658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Обов'язкові інтерфейси, умови середовища та критерії ефективності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бов'язкові інтерфейси, умови середовища та критерії ефективності"/>
                <w:tag w:val="olydefence.v3.buyer-requirement.uk.product.technical_need"/>
                <w:id w:val="107002907"/>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Поточні специфікації, протокол випробувань, сертифікат, етикетка та посилання на інструкції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точні специфікації, протокол випробувань, сертифікат, етикетка та посилання на інструкції"/>
                <w:tag w:val="olydefence.v3.buyer-requirement.uk.product.evidence_basis"/>
                <w:id w:val="154506824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Ідентифікація серії, партії або партії та модель відстеження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Ідентифікація серії, партії або партії та модель відстеження"/>
                <w:tag w:val="olydefence.v3.buyer-requirement.uk.product.serial_lot"/>
                <w:id w:val="71177679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Затверджений еквівалент і правила контролю заміни/зміни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тверджений еквівалент і правила контролю заміни/зміни"/>
                <w:tag w:val="olydefence.v3.buyer-requirement.uk.product.substitution"/>
                <w:id w:val="47304901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План перевірки, випробувань, відбору проб і приймання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лан перевірки, випробувань, відбору проб і приймання"/>
                <w:tag w:val="olydefence.v3.buyer-requirement.uk.product.acceptance"/>
                <w:id w:val="162616994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Контрольована клієнтом вимога сумісності або інтеграції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нтрольована клієнтом вимога сумісності або інтеграції"/>
                <w:tag w:val="olydefence.v3.buyer-requirement.uk.product.compatibility"/>
                <w:id w:val="2154289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Контроль терміну служби боєприпасів, якщо застосовно</w:t>
      </w:r>
    </w:p>
    <w:tbl>
      <w:tblPr>
        <w:tblW w:type="dxa" w:w="10106"/>
        <w:jc w:val="center"/>
        <w:tblLayout w:type="fixed"/>
        <w:tblLook w:firstColumn="1" w:firstRow="1" w:lastColumn="0" w:lastRow="0" w:noHBand="0" w:noVBand="1" w:val="04A0"/>
        <w:tblInd w:w="120" w:type="dxa"/>
        <w:tblCaption w:val="Контроль терміну служби боєприпасів, якщо застосовно"/>
        <w:tblDescription w:val="Контроль терміну служби боєприпасів, якщо застосовно: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Сімейство загальних боєприпасів, авторизована платформа/інтерфейс і статус навчання/обслуговування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імейство загальних боєприпасів, авторизована платформа/інтерфейс і статус навчання/обслуговування"/>
                <w:tag w:val="olydefence.v3.buyer-requirement.uk.ammo.ammo_type"/>
                <w:id w:val="175798309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Виробник, позначення, лот/партія, дата виробництва та записи про підтвердження/прийняття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иробник, позначення, лот/партія, дата виробництва та записи про підтвердження/прийняття"/>
                <w:tag w:val="olydefence.v3.buyer-requirement.uk.ammo.ammo_lot"/>
                <w:id w:val="183943619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Термін придатності, статус нагляду/перевірки та вимоги до залишкового терміну служби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ермін придатності, статус нагляду/перевірки та вимоги до залишкового терміну служби"/>
                <w:tag w:val="olydefence.v3.buyer-requirement.uk.ammo.ammo_shelf"/>
                <w:id w:val="100279436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Опис небезпечних товарів, інструкція з упаковки та умови транспортування/зберігання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пис небезпечних товарів, інструкція з упаковки та умови транспортування/зберігання"/>
                <w:tag w:val="olydefence.v3.buyer-requirement.uk.ammo.ammo_dg"/>
                <w:id w:val="51783444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Відповідальність за облік, обертання запасів, інциденти, відновлення та утилізацію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ідповідальність за облік, обертання запасів, інциденти, відновлення та утилізацію"/>
                <w:tag w:val="olydefence.v3.buyer-requirement.uk.ammo.ammo_disposal"/>
                <w:id w:val="146638117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Захисне обладнання та засоби контролю медичної аптечки, якщо є</w:t>
      </w:r>
    </w:p>
    <w:tbl>
      <w:tblPr>
        <w:tblW w:type="dxa" w:w="10106"/>
        <w:jc w:val="center"/>
        <w:tblLayout w:type="fixed"/>
        <w:tblLook w:firstColumn="1" w:firstRow="1" w:lastColumn="0" w:lastRow="0" w:noHBand="0" w:noVBand="1" w:val="04A0"/>
        <w:tblInd w:w="120" w:type="dxa"/>
        <w:tblCaption w:val="Захисне обладнання та засоби контролю медичної аптечки, якщо є"/>
        <w:tblDescription w:val="Захисне обладнання та засоби контролю медичної аптечки, якщо є: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Визначений рівень загрози/захисту та точне стандартне/тестове видання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изначений рівень загрози/захисту та точне стандартне/тестове видання"/>
                <w:tag w:val="olydefence.v3.buyer-requirement.uk.protective.threat"/>
                <w:id w:val="9042463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Специфічна для моделі/конфігурації лабораторія, підтвердження відповідності та кондиціонування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пецифічна для моделі/конфігурації лабораторія, підтвердження відповідності та кондиціонування"/>
                <w:tag w:val="olydefence.v3.buyer-requirement.uk.protective.protective_evidence"/>
                <w:id w:val="137666665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Кількість користувачів, розміри, ергономіка, покриття, маса та вимоги до догляду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ількість користувачів, розміри, ергономіка, покриття, маса та вимоги до догляду"/>
                <w:tag w:val="olydefence.v3.buyer-requirement.uk.protective.sizing"/>
                <w:id w:val="68463799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Тип аптечки першої допомоги/травматичної аптечки, затверджений список вмісту та протокол для навченого користувача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ип аптечки першої допомоги/травматичної аптечки, затверджений список вмісту та протокол для навченого користувача"/>
                <w:tag w:val="olydefence.v3.buyer-requirement.uk.protective.kit_protocol"/>
                <w:id w:val="1689836470"/>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Виробник медичного виробу, стан пристрою, партія, стерильність, термін придатності та поповнення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иробник медичного виробу, стан пристрою, партія, стерильність, термін придатності та поповнення"/>
                <w:tag w:val="olydefence.v3.buyer-requirement.uk.protective.medical_trace"/>
                <w:id w:val="173421218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Підтвердження того, що лікарські засоби виключаються або направляються окремо через ліцензовані канали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ідтвердження того, що лікарські засоби виключаються або направляються окремо через ліцензовані канали"/>
                <w:tag w:val="olydefence.v3.buyer-requirement.uk.protective.medicine_exclusion"/>
                <w:id w:val="152640008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Логістика, зберігання, безпека та життєвий цикл</w:t>
      </w:r>
    </w:p>
    <w:tbl>
      <w:tblPr>
        <w:tblW w:type="dxa" w:w="10106"/>
        <w:jc w:val="center"/>
        <w:tblLayout w:type="fixed"/>
        <w:tblLook w:firstColumn="1" w:firstRow="1" w:lastColumn="0" w:lastRow="0" w:noHBand="0" w:noVBand="1" w:val="04A0"/>
        <w:tblInd w:w="120" w:type="dxa"/>
        <w:tblCaption w:val="Логістика, зберігання, безпека та життєвий цикл"/>
        <w:tblDescription w:val="Логістика, зберігання, безпека та життєвий цикл: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Інкотермс, пункт доставки, графік і вимоги до отримання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Інкотермс, пункт доставки, графік і вимоги до отримання"/>
                <w:tag w:val="olydefence.v3.buyer-requirement.uk.logistics.delivery"/>
                <w:id w:val="838156362"/>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Вимоги до упаковки, маркування, маркування, збереження та одиниці випуску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имоги до упаковки, маркування, маркування, збереження та одиниці випуску"/>
                <w:tag w:val="olydefence.v3.buyer-requirement.uk.logistics.packaging"/>
                <w:id w:val="97954841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Режим транспорту, відповідальність за небезпечні вантажі, дозволи та план безпеки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жим транспорту, відповідальність за небезпечні вантажі, дозволи та план безпеки"/>
                <w:tag w:val="olydefence.v3.buyer-requirement.uk.logistics.transport"/>
                <w:id w:val="1703332248"/>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Середовище зберігання, контроль доступу, інвентаризація та моніторинг стану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ередовище зберігання, контроль доступу, інвентаризація та моніторинг стану"/>
                <w:tag w:val="olydefence.v3.buyer-requirement.uk.logistics.storage"/>
                <w:id w:val="59610183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Авторизована навчальна аудиторія, обсяг і підтвердження компетентності</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Авторизована навчальна аудиторія, обсяг і підтвердження компетентності"/>
                <w:tag w:val="olydefence.v3.buyer-requirement.uk.logistics.training"/>
                <w:id w:val="55315763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Повноваження на технічне обслуговування, перевірку, калібрування, інструменти та записи про повернення в експлуатацію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вноваження на технічне обслуговування, перевірку, калібрування, інструменти та записи про повернення в експлуатацію"/>
                <w:tag w:val="olydefence.v3.buyer-requirement.uk.logistics.maintenance"/>
                <w:id w:val="1111441774"/>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Запасні частини, витратні матеріали, гарантія, рівень обслуговування та план морального зносу</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пасні частини, витратні матеріали, гарантія, рівень обслуговування та план морального зносу"/>
                <w:tag w:val="olydefence.v3.buyer-requirement.uk.logistics.support"/>
                <w:id w:val="113432245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Обов'язки щодо повернення, демілітаризації, знищення, переробки або утилізації</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бов'язки щодо повернення, демілітаризації, знищення, переробки або утилізації"/>
                <w:tag w:val="olydefence.v3.buyer-requirement.uk.logistics.disposal"/>
                <w:id w:val="35087824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p>
      <w:pPr>
        <w:pStyle w:val="Heading1"/>
        <w:keepNext/>
        <w:spacing w:before="160" w:after="80" w:line="240" w:lineRule="auto"/>
        <w:jc w:val="left"/>
      </w:pPr>
      <w:r>
        <w:rPr>
          <w:rFonts w:ascii="Arial" w:hAnsi="Arial" w:eastAsia="Arial" w:cs="Arial"/>
          <w:b/>
          <w:color w:val="866A20"/>
          <w:sz w:val="25"/>
          <w:lang w:val="uk-UA" w:eastAsia="uk-UA" w:bidi="uk-UA"/>
        </w:rPr>
        <w:t>Декларація та авторизований підпис</w:t>
      </w:r>
    </w:p>
    <w:tbl>
      <w:tblPr>
        <w:tblW w:type="dxa" w:w="10106"/>
        <w:jc w:val="center"/>
        <w:tblLayout w:type="fixed"/>
        <w:tblLook w:firstColumn="1" w:firstRow="1" w:lastColumn="0" w:lastRow="0" w:noHBand="0" w:noVBand="1" w:val="04A0"/>
        <w:tblInd w:w="120" w:type="dxa"/>
        <w:tblCaption w:val="Декларація та авторизований підпис"/>
        <w:tblDescription w:val="Я підтверджую, що надана інформація є повною та точною, наскільки мені відомо, що я маю право надати її та що організація негайно розкриє суттєві зміни. Я розумію, що подання не означає схвалення, призначення, конфіденці"/>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uk-UA" w:eastAsia="uk-UA" w:bidi="uk-UA"/>
              </w:rPr>
              <w:t>Декларація та авторизований підпис</w:t>
            </w:r>
          </w:p>
        </w:tc>
      </w:tr>
      <w:tr>
        <w:trPr>
          <w:trHeight w:hRule="atLeast"/>
          <w:cantSplit/>
        </w:trPr>
        <w:tc>
          <w:tcPr>
            <w:tcW w:type="dxa" w:w="10106"/>
            <w:tcMar>
              <w:top w:w="90" w:type="dxa"/>
              <w:start w:w="120" w:type="dxa"/>
              <w:bottom w:w="90" w:type="dxa"/>
              <w:end w:w="120" w:type="dxa"/>
            </w:tcMar>
            <w:vAlign w:val="center"/>
            <w:shd w:fill="F7F0DC" w:val="clear"/>
          </w:tcPr>
          <w:p>
            <w:pPr>
              <w:keepNext/>
              <w:spacing w:before="0" w:after="0" w:line="252" w:lineRule="auto"/>
              <w:jc w:val="left"/>
            </w:pPr>
            <w:r/>
            <w:r>
              <w:rPr>
                <w:rFonts w:ascii="Arial" w:hAnsi="Arial" w:eastAsia="Arial" w:cs="Arial"/>
                <w:color w:val="102334"/>
                <w:sz w:val="17"/>
                <w:lang w:val="uk-UA" w:eastAsia="uk-UA" w:bidi="uk-UA"/>
              </w:rPr>
              <w:t>Я підтверджую, що надана інформація є повною та точною, наскільки мені відомо, що я маю право надати її та що організація негайно розкриє суттєві зміни. Я розумію, що подання не означає схвалення, призначення, конфіденційності, доступності, ексклюзивності, права на ліцензію чи зобов’язання здійснювати трансакції.</w:t>
            </w:r>
          </w:p>
        </w:tc>
      </w:tr>
    </w:tbl>
    <w:tbl>
      <w:tblPr>
        <w:tblW w:type="dxa" w:w="10106"/>
        <w:jc w:val="center"/>
        <w:tblLayout w:type="fixed"/>
        <w:tblLook w:firstColumn="1" w:firstRow="1" w:lastColumn="0" w:lastRow="0" w:noHBand="0" w:noVBand="1" w:val="04A0"/>
        <w:tblInd w:w="120" w:type="dxa"/>
        <w:tblCaption w:val="Декларація та авторизований підпис"/>
        <w:tblDescription w:val="Декларація та авторизований підпис: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Запитувана інформація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uk-UA" w:eastAsia="uk-UA" w:bidi="uk-UA"/>
              </w:rPr>
              <w:t>Відповідь / посилання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Уповноважений декларант: П.І.Б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вноважений декларант: П.І.Б"/>
                <w:tag w:val="olydefence.v3.buyer-requirement.uk.declaration.declaration_name"/>
                <w:id w:val="148571278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Посада та організація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сада та організація"/>
                <w:tag w:val="olydefence.v3.buyer-requirement.uk.declaration.declaration_title"/>
                <w:id w:val="3650342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Основа повноважень для подання цієї форми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 повноважень для подання цієї форми"/>
                <w:tag w:val="olydefence.v3.buyer-requirement.uk.declaration.declaration_basis"/>
                <w:id w:val="1999309393"/>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Підпис</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ідпис"/>
                <w:tag w:val="olydefence.v3.buyer-requirement.uk.declaration.signature"/>
                <w:id w:val="143049156"/>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uk-UA" w:eastAsia="uk-UA" w:bidi="uk-UA"/>
              </w:rPr>
              <w:t>Дата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ата"/>
                <w:tag w:val="olydefence.v3.buyer-requirement.uk.declaration.date"/>
                <w:id w:val="846541101"/>
                <w:text w:multiLine="1"/>
                <w:showingPlcHdr/>
              </w:sdtPr>
              <w:sdtContent>
                <w:r>
                  <w:rPr>
                    <w:color w:val="667985"/>
                    <w:i/>
                    <w:sz w:val="18"/>
                    <w:lang w:val="uk-UA" w:eastAsia="uk-UA" w:bidi="uk-UA"/>
                  </w:rPr>
                  <w:t xml:space="preserve">Клацніть, щоб ввести відповідь. Зазначте «Не застосовується», де доречно.</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uk-UA" w:eastAsia="uk-UA" w:bidi="uk-UA"/>
            </w:rPr>
            <w:t>OLYD-FRM-CBR-001 · V3.0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uk-UA" w:eastAsia="uk-UA" w:bidi="uk-UA"/>
            </w:rPr>
            <w:t>Контрольована ділова форма під час електронного перегляду</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uk-UA" w:eastAsia="uk-UA" w:bidi="uk-UA"/>
            </w:rPr>
            <w:t xml:space="preserve">Сторінка </w:t>
          </w:r>
          <w:r>
            <w:rPr>
              <w:rFonts w:ascii="Arial" w:hAnsi="Arial" w:eastAsia="Arial" w:cs="Arial"/>
              <w:color w:val="526577"/>
              <w:sz w:val="16"/>
              <w:lang w:val="uk-UA" w:eastAsia="uk-UA" w:bidi="uk-UA"/>
            </w:rPr>
            <w:fldChar w:fldCharType="begin"/>
          </w:r>
          <w:r>
            <w:rPr>
              <w:rFonts w:ascii="Arial" w:hAnsi="Arial" w:eastAsia="Arial" w:cs="Arial"/>
              <w:color w:val="526577"/>
              <w:sz w:val="16"/>
              <w:lang w:val="uk-UA" w:eastAsia="uk-UA" w:bidi="uk-UA"/>
            </w:rPr>
            <w:instrText xml:space="preserve">PAGE</w:instrText>
          </w:r>
          <w:r>
            <w:rPr>
              <w:rFonts w:ascii="Arial" w:hAnsi="Arial" w:eastAsia="Arial" w:cs="Arial"/>
              <w:color w:val="526577"/>
              <w:sz w:val="16"/>
              <w:lang w:val="uk-UA" w:eastAsia="uk-UA" w:bidi="uk-UA"/>
            </w:rPr>
            <w:fldChar w:fldCharType="separate"/>
          </w:r>
          <w:r>
            <w:rPr>
              <w:rFonts w:ascii="Arial" w:hAnsi="Arial" w:eastAsia="Arial" w:cs="Arial"/>
              <w:color w:val="526577"/>
              <w:sz w:val="16"/>
              <w:lang w:val="uk-UA" w:eastAsia="uk-UA" w:bidi="uk-UA"/>
            </w:rPr>
            <w:instrText xml:space="preserve">1</w:instrText>
          </w:r>
          <w:r>
            <w:rPr>
              <w:rFonts w:ascii="Arial" w:hAnsi="Arial" w:eastAsia="Arial" w:cs="Arial"/>
              <w:color w:val="526577"/>
              <w:sz w:val="16"/>
              <w:lang w:val="uk-UA" w:eastAsia="uk-UA" w:bidi="uk-UA"/>
            </w:rPr>
            <w:fldChar w:fldCharType="end"/>
          </w:r>
          <w:r>
            <w:rPr>
              <w:rFonts w:ascii="Arial" w:hAnsi="Arial" w:eastAsia="Arial" w:cs="Arial"/>
              <w:color w:val="526577"/>
              <w:sz w:val="15"/>
              <w:lang w:val="uk-UA" w:eastAsia="uk-UA" w:bidi="uk-UA"/>
            </w:rPr>
            <w:t xml:space="preserve"> / </w:t>
          </w:r>
          <w:r>
            <w:rPr>
              <w:rFonts w:ascii="Arial" w:hAnsi="Arial" w:eastAsia="Arial" w:cs="Arial"/>
              <w:color w:val="526577"/>
              <w:sz w:val="16"/>
              <w:lang w:val="uk-UA" w:eastAsia="uk-UA" w:bidi="uk-UA"/>
            </w:rPr>
            <w:fldChar w:fldCharType="begin"/>
          </w:r>
          <w:r>
            <w:rPr>
              <w:rFonts w:ascii="Arial" w:hAnsi="Arial" w:eastAsia="Arial" w:cs="Arial"/>
              <w:color w:val="526577"/>
              <w:sz w:val="16"/>
              <w:lang w:val="uk-UA" w:eastAsia="uk-UA" w:bidi="uk-UA"/>
            </w:rPr>
            <w:instrText xml:space="preserve">NUMPAGES</w:instrText>
          </w:r>
          <w:r>
            <w:rPr>
              <w:rFonts w:ascii="Arial" w:hAnsi="Arial" w:eastAsia="Arial" w:cs="Arial"/>
              <w:color w:val="526577"/>
              <w:sz w:val="16"/>
              <w:lang w:val="uk-UA" w:eastAsia="uk-UA" w:bidi="uk-UA"/>
            </w:rPr>
            <w:fldChar w:fldCharType="separate"/>
          </w:r>
          <w:r>
            <w:rPr>
              <w:rFonts w:ascii="Arial" w:hAnsi="Arial" w:eastAsia="Arial" w:cs="Arial"/>
              <w:color w:val="526577"/>
              <w:sz w:val="16"/>
              <w:lang w:val="uk-UA" w:eastAsia="uk-UA" w:bidi="uk-UA"/>
            </w:rPr>
            <w:instrText xml:space="preserve">1</w:instrText>
          </w:r>
          <w:r>
            <w:rPr>
              <w:rFonts w:ascii="Arial" w:hAnsi="Arial" w:eastAsia="Arial" w:cs="Arial"/>
              <w:color w:val="526577"/>
              <w:sz w:val="16"/>
              <w:lang w:val="uk-UA" w:eastAsia="uk-UA" w:bidi="uk-UA"/>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DEFENCE document header"/>
      <w:tblDescription w:val="OLYDEFENCE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DEFENCE wordmark" descr="OLYDEFENCE wordmark"/>
                <wp:cNvGraphicFramePr>
                  <a:graphicFrameLocks noChangeAspect="1"/>
                </wp:cNvGraphicFramePr>
                <a:graphic>
                  <a:graphicData uri="http://schemas.openxmlformats.org/drawingml/2006/picture">
                    <pic:pic>
                      <pic:nvPicPr>
                        <pic:cNvPr id="0" name="olydefence-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uk-UA" w:eastAsia="uk-UA" w:bidi="uk-UA"/>
            </w:rPr>
            <w:t>ПОСТАЧАННЯ ДЛЯ ОБОРОНИ, БЕЗПЕКИ ТА СТІЙКОСТІ</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uk-UA" w:eastAsia="uk-UA" w:bidi="uk-U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866A20"/>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uk&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вимог уповноваженого покупця</dc:title>
  <dc:subject>Вимоги до інституційної оборони, безпеки, захисного обладнання та польової підтримки</dc:subject>
  <dc:creator/>
  <cp:keywords>OLYDEFENCE, controlled procurement, responsible transfer, due diligence, document control</cp:keywords>
  <dc:description>Controlled OLYDEFENCE form OLYD-FRM-CBR-001 V3.0.</dc:description>
  <cp:lastModifiedBy/>
  <cp:revision>1</cp:revision>
  <dcterms:created xsi:type="dcterms:W3CDTF">2013-12-23T23:15:00Z</dcterms:created>
  <dcterms:modified xsi:type="dcterms:W3CDTF">2013-12-23T23:15:00Z</dcterms:modified>
  <cp:category/>
</cp:coreProperties>
</file>