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right"/>
        <w:bidi/>
      </w:pPr>
      <w:r>
        <w:rPr>
          <w:rFonts w:ascii="Arial" w:hAnsi="Arial" w:eastAsia="Arial" w:cs="Arial"/>
          <w:b/>
          <w:color w:val="051C2B"/>
          <w:sz w:val="42"/>
          <w:lang w:val="ar" w:eastAsia="ar" w:bidi="ar"/>
        </w:rPr>
        <w:t>نموذج طلب اتفاقية سرية ومعلومات خاضعة للرقابة</w:t>
      </w:r>
    </w:p>
    <w:p>
      <w:pPr>
        <w:pStyle w:val="Subtitle"/>
        <w:spacing w:before="0" w:after="140" w:line="240" w:lineRule="auto"/>
        <w:jc w:val="right"/>
        <w:bidi/>
      </w:pPr>
      <w:r>
        <w:rPr>
          <w:rFonts w:ascii="Arial" w:hAnsi="Arial" w:eastAsia="Arial" w:cs="Arial"/>
          <w:color w:val="526577"/>
          <w:sz w:val="19"/>
          <w:lang w:val="ar" w:eastAsia="ar" w:bidi="ar"/>
        </w:rPr>
        <w:t>تأمين نطاق المناقشات السرية والتي يحتمل أن تكون خاضعة لرقابة التصدير</w:t>
      </w:r>
    </w:p>
    <w:tbl>
      <w:tblPr>
        <w:tblW w:type="dxa" w:w="10106"/>
        <w:jc w:val="center"/>
        <w:tblLayout w:type="fixed"/>
        <w:tblLook w:firstColumn="1" w:firstRow="1" w:lastColumn="0" w:lastRow="0" w:noHBand="0" w:noVBand="1" w:val="04A0"/>
        <w:tblInd w:w="120" w:type="dxa"/>
        <w:bidiVisual/>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رمز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OLYD-FRM-NDA-001</w:t>
            </w:r>
          </w:p>
        </w:tc>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الإصدار / تاريخ السريان</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3.0 / 2 أغسطس 2026</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التصنيف</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نموذج أعمال خاضع للضبط</w:t>
            </w:r>
          </w:p>
        </w:tc>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مالك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OLYDEFENCE — OLYVENRA LTD</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اللغة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العربية</w:t>
            </w:r>
          </w:p>
        </w:tc>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الحالة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جاهز للنشر / نسخة أصلية خاضعة للضبط</w:t>
            </w:r>
          </w:p>
        </w:tc>
      </w:tr>
    </w:tbl>
    <w:tbl>
      <w:tblPr>
        <w:tblW w:type="dxa" w:w="10106"/>
        <w:jc w:val="center"/>
        <w:tblLayout w:type="fixed"/>
        <w:tblLook w:firstColumn="1" w:firstRow="1" w:lastColumn="0" w:lastRow="0" w:noHBand="0" w:noVBand="1" w:val="04A0"/>
        <w:tblInd w:w="120" w:type="dxa"/>
        <w:bidiVisual/>
        <w:tblCaption w:val="الغرض"/>
        <w:tblDescription w:val="استخدم هذا الطلب لتحديد الأطراف والغرض المسموح به وفئات المعلومات والمستلمين المعتمدين والبلدان والأنظمة والاحتفاظ والضوابط الأخرى قبل تبادل المعلومات السرية. لا يؤدي التقديم إلى إنشاء اتفاقية عدم إفشاء أو التصريح بالكشف"/>
      </w:tblPr>
      <w:tblGrid>
        <w:gridCol w:w="10106"/>
      </w:tblGrid>
      <w:tr>
        <w:trPr>
          <w:trHeight w:hRule="atLeast"/>
          <w:tblHeader/>
          <w:cantSplit/>
        </w:trPr>
        <w:tc>
          <w:tcPr>
            <w:tcW w:type="dxa" w:w="10106"/>
            <w:tcMar>
              <w:top w:w="90" w:type="dxa"/>
              <w:start w:w="120" w:type="dxa"/>
              <w:bottom w:w="90" w:type="dxa"/>
              <w:end w:w="120" w:type="dxa"/>
            </w:tcMar>
            <w:vAlign w:val="center"/>
            <w:shd w:fill="866A20" w:val="clear"/>
          </w:tcPr>
          <w:p>
            <w:pPr>
              <w:spacing w:before="0" w:after="0" w:line="240" w:lineRule="auto"/>
              <w:jc w:val="right"/>
              <w:bidi/>
            </w:pPr>
            <w:r/>
            <w:r>
              <w:rPr>
                <w:rFonts w:ascii="Arial" w:hAnsi="Arial" w:eastAsia="Arial" w:cs="Arial"/>
                <w:b/>
                <w:i w:val="0"/>
                <w:color w:val="FFFFFF"/>
                <w:sz w:val="18"/>
                <w:lang w:val="ar" w:eastAsia="ar" w:bidi="ar"/>
              </w:rPr>
              <w:t>الغرض</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right"/>
              <w:bidi/>
            </w:pPr>
            <w:r/>
            <w:r>
              <w:rPr>
                <w:rFonts w:ascii="Arial" w:hAnsi="Arial" w:eastAsia="Arial" w:cs="Arial"/>
                <w:color w:val="102334"/>
                <w:sz w:val="17"/>
                <w:lang w:val="ar" w:eastAsia="ar" w:bidi="ar"/>
              </w:rPr>
              <w:t>استخدم هذا الطلب لتحديد الأطراف والغرض المسموح به وفئات المعلومات والمستلمين المعتمدين والبلدان والأنظمة والاحتفاظ والضوابط الأخرى قبل تبادل المعلومات السرية. لا يؤدي التقديم إلى إنشاء اتفاقية عدم إفشاء أو التصريح بالكشف.</w:t>
            </w:r>
          </w:p>
        </w:tc>
      </w:tr>
    </w:tbl>
    <w:tbl>
      <w:tblPr>
        <w:tblW w:type="dxa" w:w="10106"/>
        <w:jc w:val="center"/>
        <w:tblLayout w:type="fixed"/>
        <w:tblLook w:firstColumn="1" w:firstRow="1" w:lastColumn="0" w:lastRow="0" w:noHBand="0" w:noVBand="1" w:val="04A0"/>
        <w:tblInd w:w="120" w:type="dxa"/>
        <w:bidiVisual/>
        <w:tblCaption w:val="تعليمات الإكمال"/>
        <w:tblDescription w:val="أكمل كل الحقول المعمول بها. استخدم أوصافًا عامة وغير حساسة واستشهد بالأدلة حسب عنوان المستند ومصدره ورقمه ومراجعته وتاريخه. ضع علامة &quot;غير قابل للتطبيق&quot; لسبب ما. قد تطلب OLYDEFENCE توضيحًا أو العناية الواجبة المعززة أو تب"/>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تعليمات الإكمال</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أكمل كل الحقول المعمول بها. استخدم أوصافًا عامة وغير حساسة واستشهد بالأدلة حسب عنوان المستند ومصدره ورقمه ومراجعته وتاريخه. ضع علامة "غير قابل للتطبيق" لسبب ما. قد تطلب OLYDEFENCE توضيحًا أو العناية الواجبة المعززة أو تبادلًا آمنًا لغرفة المستندات.</w:t>
            </w:r>
          </w:p>
        </w:tc>
      </w:tr>
    </w:tbl>
    <w:tbl>
      <w:tblPr>
        <w:tblW w:type="dxa" w:w="10106"/>
        <w:jc w:val="center"/>
        <w:tblLayout w:type="fixed"/>
        <w:tblLook w:firstColumn="1" w:firstRow="1" w:lastColumn="0" w:lastRow="0" w:noHBand="0" w:noVBand="1" w:val="04A0"/>
        <w:tblInd w:w="120" w:type="dxa"/>
        <w:bidiVisual/>
        <w:tblCaption w:val="الخصوصية والتعامل الآمن مع الوثائق"/>
        <w:tblDescription w:val="لا ترسل معلومات سرية أو بيانات فنية خاضعة لرقابة التصدير أو تفاصيل تكوين الأسلحة أو وثائق الهوية الشخصية أو السجلات الطبية أو بيانات الاعتماد عن طريق البريد الإلكتروني العادي أو هذا النموذج العام. قم بتوفير المراجع فقط ح"/>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الخصوصية والتعامل الآمن مع الوثائق</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لا ترسل معلومات سرية أو بيانات فنية خاضعة لرقابة التصدير أو تفاصيل تكوين الأسلحة أو وثائق الهوية الشخصية أو السجلات الطبية أو بيانات الاعتماد عن طريق البريد الإلكتروني العادي أو هذا النموذج العام. قم بتوفير المراجع فقط حتى يتم تأكيد القناة الآمنة المعتمدة والمستلمين المعتمدين.</w:t>
            </w:r>
          </w:p>
          <w:p>
            <w:pPr>
              <w:spacing w:before="60" w:after="0" w:line="240" w:lineRule="auto"/>
              <w:jc w:val="right"/>
              <w:bidi/>
            </w:pPr>
            <w:hyperlink r:id="rId11">
              <w:r>
                <w:rPr>
                  <w:color w:val="866A20"/>
                  <w:u w:val="single"/>
                </w:rPr>
                <w:t>اقرأ إشعار الخصوصية لدى OLYVENRA</w:t>
              </w:r>
            </w:hyperlink>
          </w:p>
        </w:tc>
      </w:tr>
    </w:tbl>
    <w:tbl>
      <w:tblPr>
        <w:tblW w:type="dxa" w:w="10106"/>
        <w:jc w:val="center"/>
        <w:tblLayout w:type="fixed"/>
        <w:tblLook w:firstColumn="1" w:firstRow="1" w:lastColumn="0" w:lastRow="0" w:noHBand="0" w:noVBand="1" w:val="04A0"/>
        <w:tblInd w:w="120" w:type="dxa"/>
        <w:bidiVisual/>
        <w:tblCaption w:val="حدود التوريد الخاضع للضبط والمعلومات الآمنة"/>
        <w:tblDescription w:val="لا يعد هذا النموذج عرضًا أو موافقة على المنتج أو ترخيصًا أو ترخيصًا للاستخدام النهائي أو نصيحة قانونية أو التزامًا بالمعاملة. لا يتم المضي قدمًا في المواد الخاضعة للرقابة إلا من خلال السلطات المختصة والطرق القانونية المر"/>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right"/>
              <w:bidi/>
            </w:pPr>
            <w:r/>
            <w:r>
              <w:rPr>
                <w:rFonts w:ascii="Arial" w:hAnsi="Arial" w:eastAsia="Arial" w:cs="Arial"/>
                <w:b/>
                <w:i w:val="0"/>
                <w:color w:val="FFFFFF"/>
                <w:sz w:val="18"/>
                <w:lang w:val="ar" w:eastAsia="ar" w:bidi="ar"/>
              </w:rPr>
              <w:t>حدود التوريد الخاضع للضبط والمعلومات الآمنة</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right"/>
              <w:bidi/>
            </w:pPr>
            <w:r/>
            <w:r>
              <w:rPr>
                <w:rFonts w:ascii="Arial" w:hAnsi="Arial" w:eastAsia="Arial" w:cs="Arial"/>
                <w:color w:val="102334"/>
                <w:sz w:val="17"/>
                <w:lang w:val="ar" w:eastAsia="ar" w:bidi="ar"/>
              </w:rPr>
              <w:t>لا يعد هذا النموذج عرضًا أو موافقة على المنتج أو ترخيصًا أو ترخيصًا للاستخدام النهائي أو نصيحة قانونية أو التزامًا بالمعاملة. لا يتم المضي قدمًا في المواد الخاضعة للرقابة إلا من خلال السلطات المختصة والطرق القانونية المرخصة. نطاق مجموعة الإسعافات الأولية العامة لا يشمل الأدوية؛ يجب أن يستخدم أي طلب دواء قناة مرخصة منفصلة عندما يكون ذلك قانونيًا.</w:t>
            </w:r>
          </w:p>
        </w:tc>
      </w:tr>
    </w:tbl>
    <w:p>
      <w:pPr>
        <w:pStyle w:val="Heading1"/>
        <w:spacing w:before="160" w:after="80" w:line="240" w:lineRule="auto"/>
        <w:jc w:val="right"/>
        <w:keepNext/>
        <w:bidi/>
      </w:pPr>
      <w:r>
        <w:rPr>
          <w:rFonts w:ascii="Arial" w:hAnsi="Arial" w:eastAsia="Arial" w:cs="Arial"/>
          <w:b/>
          <w:color w:val="866A20"/>
          <w:sz w:val="25"/>
          <w:lang w:val="ar" w:eastAsia="ar" w:bidi="ar"/>
        </w:rPr>
        <w:t>الأطراف والسلطة والغرض السري</w:t>
      </w:r>
    </w:p>
    <w:tbl>
      <w:tblPr>
        <w:tblW w:type="dxa" w:w="10106"/>
        <w:jc w:val="center"/>
        <w:tblLayout w:type="fixed"/>
        <w:tblLook w:firstColumn="1" w:firstRow="1" w:lastColumn="0" w:lastRow="0" w:noHBand="0" w:noVBand="1" w:val="04A0"/>
        <w:tblInd w:w="120" w:type="dxa"/>
        <w:bidiVisual/>
        <w:tblCaption w:val="الأطراف والسلطة والغرض السري"/>
        <w:tblDescription w:val="الأطراف والسلطة والغرض السري: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الأطراف القانونية المقترحة والمفوضون بالتوقيع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أطراف القانونية المقترحة والمفوضون بالتوقيع"/>
                <w:tag w:val="olydefence.v3.nda-request.ar.nda_parties.nda_entities"/>
                <w:id w:val="57495248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رقم التسجيل والبلد والعنوان المسجل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رقم التسجيل والبلد والعنوان المسجل"/>
                <w:tag w:val="olydefence.v3.nda-request.ar.nda_parties.registration"/>
                <w:id w:val="24467641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جهة الاتصال المعتمدة: الاسم والمسمى الوظيفي والقسم والبريد الإلكتروني والهاتف</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جهة الاتصال المعتمدة: الاسم والمسمى الوظيفي والقسم والبريد الإلكتروني والهاتف"/>
                <w:tag w:val="olydefence.v3.nda-request.ar.nda_parties.contact"/>
                <w:id w:val="32093685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الولاية العامة أو سلطة الشراء أو الأساس لتمثيل المنظمة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لاية العامة أو سلطة الشراء أو الأساس لتمثيل المنظمة"/>
                <w:tag w:val="olydefence.v3.nda-request.ar.nda_parties.authority_basis"/>
                <w:id w:val="116677490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الغرض المحدد المسموح به ومرجع المشروع/الفرصة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غرض المحدد المسموح به ومرجع المشروع/الفرصة"/>
                <w:tag w:val="olydefence.v3.nda-request.ar.nda_parties.confidential_purpose"/>
                <w:id w:val="29323110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بلدان الوصول والنقل والمعالجة والتخزين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بلدان الوصول والنقل والمعالجة والتخزين"/>
                <w:tag w:val="olydefence.v3.nda-request.ar.nda_parties.countries"/>
                <w:id w:val="73384034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المستلمون الذين يحتاجون إلى المعرفة بالاسم أو الدور المحدد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ستلمون الذين يحتاجون إلى المعرفة بالاسم أو الدور المحدد"/>
                <w:tag w:val="olydefence.v3.nda-request.ar.nda_parties.recipients"/>
                <w:id w:val="205966654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تصنيف المعلومات ونطاق الوصول</w:t>
      </w:r>
    </w:p>
    <w:tbl>
      <w:tblPr>
        <w:tblW w:type="dxa" w:w="10106"/>
        <w:jc w:val="center"/>
        <w:tblLayout w:type="fixed"/>
        <w:tblLook w:firstColumn="1" w:firstRow="1" w:lastColumn="0" w:lastRow="0" w:noHBand="0" w:noVBand="1" w:val="04A0"/>
        <w:tblInd w:w="120" w:type="dxa"/>
        <w:bidiVisual/>
        <w:tblCaption w:val="تصنيف المعلومات ونطاق الوصول"/>
        <w:tblDescription w:val="تصنيف المعلومات ونطاق الوصول: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فئات المعلومات التجارية أو المنتج أو الجودة أو البرامج أو التقنية أو غيرها من المعلومات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فئات المعلومات التجارية أو المنتج أو الجودة أو البرامج أو التقنية أو غيرها من المعلومات"/>
                <w:tag w:val="olydefence.v3.nda-request.ar.info_scope.information_categories"/>
                <w:id w:val="2098844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المعلومات الفنية الخاضعة لرقابة التصدير أو الاستخدام المزدوج أو العسكرية أو الأمنية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علومات الفنية الخاضعة لرقابة التصدير أو الاستخدام المزدوج أو العسكرية أو الأمنية"/>
                <w:tag w:val="olydefence.v3.nda-request.ar.info_scope.export_data"/>
                <w:id w:val="165655830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المعلومات الحكومية السرية المعنية (لا تقم بإرفاقها أو الكشف عنها من خلال هذا النموذج)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علومات الحكومية السرية المعنية (لا تقم بإرفاقها أو الكشف عنها من خلال هذا النموذج)"/>
                <w:tag w:val="olydefence.v3.nda-request.ar.info_scope.classified_data"/>
                <w:id w:val="40305695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المعلومات السرية للطرف الثالث وسلطة الكشف عنها</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علومات السرية للطرف الثالث وسلطة الكشف عنها"/>
                <w:tag w:val="olydefence.v3.nda-request.ar.info_scope.third_party_data"/>
                <w:id w:val="103719363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البيانات الشخصية المعنية وقيود الخصوصية المعمول بها</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بيانات الشخصية المعنية وقيود الخصوصية المعمول بها"/>
                <w:tag w:val="olydefence.v3.nda-request.ar.info_scope.personal_data"/>
                <w:id w:val="6043922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ضوابط السرية والتعامل المطلوبة</w:t>
      </w:r>
    </w:p>
    <w:tbl>
      <w:tblPr>
        <w:tblW w:type="dxa" w:w="10106"/>
        <w:jc w:val="center"/>
        <w:tblLayout w:type="fixed"/>
        <w:tblLook w:firstColumn="1" w:firstRow="1" w:lastColumn="0" w:lastRow="0" w:noHBand="0" w:noVBand="1" w:val="04A0"/>
        <w:tblInd w:w="120" w:type="dxa"/>
        <w:bidiVisual/>
        <w:tblCaption w:val="ضوابط السرية والتعامل المطلوبة"/>
        <w:tblDescription w:val="ضوابط السرية والتعامل المطلوب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اتفاقية عدم الإفشاء الأحادية أو المتبادلة ومالك القالب المقترح</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تفاقية عدم الإفشاء الأحادية أو المتبادلة ومالك القالب المقترح"/>
                <w:tag w:val="olydefence.v3.nda-request.ar.terms.nda_type"/>
                <w:id w:val="63222994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طلب السرية وفترات البقاء</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طلب السرية وفترات البقاء"/>
                <w:tag w:val="olydefence.v3.nda-request.ar.terms.confidentiality_period"/>
                <w:id w:val="142488215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الحاجة إلى المعرفة أو الفريق النظيف أو عدم النسخ أو عدم التنزيل أو عناصر التحكم الأخرى في الوصول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حاجة إلى المعرفة أو الفريق النظيف أو عدم النسخ أو عدم التنزيل أو عناصر التحكم الأخرى في الوصول"/>
                <w:tag w:val="olydefence.v3.nda-request.ar.terms.access_controls"/>
                <w:id w:val="172877383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تمت الموافقة على نظام النقل الآمن/غرفة البيانات والمسؤول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مت الموافقة على نظام النقل الآمن/غرفة البيانات والمسؤول"/>
                <w:tag w:val="olydefence.v3.nda-request.ar.terms.secure_channel"/>
                <w:id w:val="53666604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ضوابط الكشف عن الشركة التابعة أو المستشار أو المختبر أو المقاول من الباطن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ضوابط الكشف عن الشركة التابعة أو المستشار أو المختبر أو المقاول من الباطن"/>
                <w:tag w:val="olydefence.v3.nda-request.ar.terms.onward_disclosure"/>
                <w:id w:val="44148012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متطلبات الاحتفاظ والإرجاع والحذف والتدمير المعتمد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تطلبات الاحتفاظ والإرجاع والحذف والتدمير المعتمد"/>
                <w:tag w:val="olydefence.v3.nda-request.ar.terms.retention"/>
                <w:id w:val="138639215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طلب القانون الحاكم والولاية القضائية ومنتدى النزاع للمراجعة القانونية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طلب القانون الحاكم والولاية القضائية ومنتدى النزاع للمراجعة القانونية"/>
                <w:tag w:val="olydefence.v3.nda-request.ar.terms.law"/>
                <w:id w:val="79068312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شروط السرية الحالية أو الصراعات أو الإفصاحات السابقة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شروط السرية الحالية أو الصراعات أو الإفصاحات السابقة"/>
                <w:tag w:val="olydefence.v3.nda-request.ar.terms.existing_terms"/>
                <w:id w:val="209972772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الإقرار والتوقيع المعتمد</w:t>
      </w:r>
    </w:p>
    <w:tbl>
      <w:tblPr>
        <w:tblW w:type="dxa" w:w="10106"/>
        <w:jc w:val="center"/>
        <w:tblLayout w:type="fixed"/>
        <w:tblLook w:firstColumn="1" w:firstRow="1" w:lastColumn="0" w:lastRow="0" w:noHBand="0" w:noVBand="1" w:val="04A0"/>
        <w:tblInd w:w="120" w:type="dxa"/>
        <w:bidiVisual/>
        <w:tblCaption w:val="الإقرار والتوقيع المعتمد"/>
        <w:tblDescription w:val="أؤكد أن المعلومات المقدمة كاملة ودقيقة على حد علمي، وأنني مفوض بتقديمها، وأن المنظمة سوف تكشف على الفور عن التغييرات الجوهرية. أدرك أن التقديم لا يؤدي إلى الموافقة أو التعيين أو السرية أو التوفر أو التفرد أو أهلية الترخي"/>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keepNext/>
              <w:bidi/>
            </w:pPr>
            <w:r/>
            <w:r>
              <w:rPr>
                <w:rFonts w:ascii="Arial" w:hAnsi="Arial" w:eastAsia="Arial" w:cs="Arial"/>
                <w:b/>
                <w:i w:val="0"/>
                <w:color w:val="FFFFFF"/>
                <w:sz w:val="18"/>
                <w:lang w:val="ar" w:eastAsia="ar" w:bidi="ar"/>
              </w:rPr>
              <w:t>الإقرار والتوقيع المعتمد</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right"/>
              <w:keepNext/>
              <w:bidi/>
            </w:pPr>
            <w:r/>
            <w:r>
              <w:rPr>
                <w:rFonts w:ascii="Arial" w:hAnsi="Arial" w:eastAsia="Arial" w:cs="Arial"/>
                <w:color w:val="102334"/>
                <w:sz w:val="17"/>
                <w:lang w:val="ar" w:eastAsia="ar" w:bidi="ar"/>
              </w:rPr>
              <w:t>أؤكد أن المعلومات المقدمة كاملة ودقيقة على حد علمي، وأنني مفوض بتقديمها، وأن المنظمة سوف تكشف على الفور عن التغييرات الجوهرية. أدرك أن التقديم لا يؤدي إلى الموافقة أو التعيين أو السرية أو التوفر أو التفرد أو أهلية الترخيص أو الالتزام بالمعاملة.</w:t>
            </w:r>
          </w:p>
        </w:tc>
      </w:tr>
    </w:tbl>
    <w:tbl>
      <w:tblPr>
        <w:tblW w:type="dxa" w:w="10106"/>
        <w:jc w:val="center"/>
        <w:tblLayout w:type="fixed"/>
        <w:tblLook w:firstColumn="1" w:firstRow="1" w:lastColumn="0" w:lastRow="0" w:noHBand="0" w:noVBand="1" w:val="04A0"/>
        <w:tblInd w:w="120" w:type="dxa"/>
        <w:bidiVisual/>
        <w:tblCaption w:val="الإقرار والتوقيع المعتمد"/>
        <w:tblDescription w:val="الإقرار والتوقيع المعتمد: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المُصرح المعتمد: الاسم الكامل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صرح المعتمد: الاسم الكامل"/>
                <w:tag w:val="olydefence.v3.nda-request.ar.declaration.declaration_name"/>
                <w:id w:val="102049279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الموقف والتنظيم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وقف والتنظيم"/>
                <w:tag w:val="olydefence.v3.nda-request.ar.declaration.declaration_title"/>
                <w:id w:val="83440514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أساس السلطة لتقديم هذا النموذج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ساس السلطة لتقديم هذا النموذج"/>
                <w:tag w:val="olydefence.v3.nda-request.ar.declaration.declaration_basis"/>
                <w:id w:val="45116624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التوقيع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وقيع"/>
                <w:tag w:val="olydefence.v3.nda-request.ar.declaration.signature"/>
                <w:id w:val="154862914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التاريخ</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اريخ"/>
                <w:tag w:val="olydefence.v3.nda-request.ar.declaration.date"/>
                <w:id w:val="82093196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bidiVisual/>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right"/>
            <w:bidi/>
          </w:pPr>
          <w:r/>
          <w:r>
            <w:rPr>
              <w:rFonts w:ascii="Arial" w:hAnsi="Arial" w:eastAsia="Arial" w:cs="Arial"/>
              <w:b/>
              <w:i w:val="0"/>
              <w:color w:val="051C2B"/>
              <w:sz w:val="15"/>
              <w:lang w:val="ar" w:eastAsia="ar" w:bidi="ar"/>
            </w:rPr>
            <w:t>OLYD-FRM-NDA-001 · V3.0</w:t>
          </w:r>
        </w:p>
      </w:tc>
      <w:tc>
        <w:tcPr>
          <w:tcW w:type="dxa" w:w="4050"/>
          <w:tcMar>
            <w:top w:w="55" w:type="dxa"/>
            <w:start w:w="90" w:type="dxa"/>
            <w:bottom w:w="55" w:type="dxa"/>
            <w:end w:w="90" w:type="dxa"/>
          </w:tcMar>
          <w:vAlign w:val="center"/>
          <w:shd w:fill="F3F6F8" w:val="clear"/>
        </w:tcPr>
        <w:p>
          <w:pPr>
            <w:spacing w:before="0" w:after="0" w:line="240" w:lineRule="auto"/>
            <w:jc w:val="center"/>
            <w:bidi/>
          </w:pPr>
          <w:r/>
          <w:r>
            <w:rPr>
              <w:rFonts w:ascii="Arial" w:hAnsi="Arial" w:eastAsia="Arial" w:cs="Arial"/>
              <w:b w:val="0"/>
              <w:i w:val="0"/>
              <w:color w:val="526577"/>
              <w:sz w:val="14"/>
              <w:lang w:val="ar" w:eastAsia="ar" w:bidi="ar"/>
            </w:rPr>
            <w:t>نموذج أعمال خاضع للضبط عند عرضه إلكترونياً</w:t>
          </w:r>
        </w:p>
      </w:tc>
      <w:tc>
        <w:tcPr>
          <w:tcW w:type="dxa" w:w="2706"/>
          <w:tcMar>
            <w:top w:w="55" w:type="dxa"/>
            <w:start w:w="90" w:type="dxa"/>
            <w:bottom w:w="55" w:type="dxa"/>
            <w:end w:w="90" w:type="dxa"/>
          </w:tcMar>
          <w:vAlign w:val="center"/>
          <w:shd w:fill="F3F6F8" w:val="clear"/>
        </w:tcPr>
        <w:p>
          <w:pPr>
            <w:spacing w:before="0" w:after="0" w:line="247" w:lineRule="auto"/>
            <w:jc w:val="left"/>
            <w:bidi/>
          </w:pPr>
          <w:r>
            <w:rPr>
              <w:rFonts w:ascii="Arial" w:hAnsi="Arial" w:eastAsia="Arial" w:cs="Arial"/>
              <w:b/>
              <w:color w:val="051C2B"/>
              <w:sz w:val="15"/>
              <w:lang w:val="ar" w:eastAsia="ar" w:bidi="ar"/>
            </w:rPr>
            <w:t xml:space="preserve">الصفحة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NUMPAGES</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r>
            <w:rPr>
              <w:rFonts w:ascii="Arial" w:hAnsi="Arial" w:eastAsia="Arial" w:cs="Arial"/>
              <w:color w:val="526577"/>
              <w:sz w:val="15"/>
              <w:lang w:val="ar" w:eastAsia="ar" w:bidi="ar"/>
            </w:rPr>
            <w:t xml:space="preserve"> /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PAGE</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bidiVisual/>
      <w:tblCaption w:val="OLYDEFENCE document header"/>
      <w:tblDescription w:val="OLYDEFENCE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bidi/>
          </w:pPr>
          <w:r>
            <w:drawing>
              <wp:inline xmlns:a="http://schemas.openxmlformats.org/drawingml/2006/main" xmlns:pic="http://schemas.openxmlformats.org/drawingml/2006/picture">
                <wp:extent cx="2057400" cy="411480"/>
                <wp:docPr id="1" name="OLYDEFENCE wordmark" descr="OLYDEFENCE wordmark"/>
                <wp:cNvGraphicFramePr>
                  <a:graphicFrameLocks noChangeAspect="1"/>
                </wp:cNvGraphicFramePr>
                <a:graphic>
                  <a:graphicData uri="http://schemas.openxmlformats.org/drawingml/2006/picture">
                    <pic:pic>
                      <pic:nvPicPr>
                        <pic:cNvPr id="0" name="olydefence-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left"/>
            <w:bidi/>
          </w:pPr>
          <w:r>
            <w:rPr>
              <w:rFonts w:ascii="Arial" w:hAnsi="Arial" w:eastAsia="Arial" w:cs="Arial"/>
              <w:b/>
              <w:color w:val="FFFFFF"/>
              <w:sz w:val="16"/>
              <w:lang w:val="ar" w:eastAsia="ar" w:bidi="ar"/>
            </w:rPr>
            <w:t>توريد الدفاع والأمن والمرونة</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ar" w:eastAsia="ar" w:bidi="a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866A2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a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طلب اتفاقية سرية ومعلومات خاضعة للرقابة</dc:title>
  <dc:subject>تأمين نطاق المناقشات السرية والتي يحتمل أن تكون خاضعة لرقابة التصدير</dc:subject>
  <dc:creator/>
  <cp:keywords>OLYDEFENCE, controlled procurement, responsible transfer, due diligence, document control</cp:keywords>
  <dc:description>Controlled OLYDEFENCE form OLYD-FRM-NDA-001 V3.0.</dc:description>
  <cp:lastModifiedBy/>
  <cp:revision>1</cp:revision>
  <dcterms:created xsi:type="dcterms:W3CDTF">2013-12-23T23:15:00Z</dcterms:created>
  <dcterms:modified xsi:type="dcterms:W3CDTF">2013-12-23T23:15:00Z</dcterms:modified>
  <cp:category/>
</cp:coreProperties>
</file>