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before="0" w:after="40" w:line="240" w:lineRule="auto"/>
        <w:jc w:val="left"/>
      </w:pPr>
      <w:r>
        <w:rPr>
          <w:rFonts w:ascii="Arial" w:hAnsi="Arial" w:eastAsia="Arial" w:cs="Arial"/>
          <w:b/>
          <w:color w:val="051C2B"/>
          <w:sz w:val="42"/>
          <w:lang w:val="tr-TR" w:eastAsia="tr-TR" w:bidi="tr-TR"/>
        </w:rPr>
        <w:t>Savunma Tedarikçisi Kayıt Formu</w:t>
      </w:r>
    </w:p>
    <w:p>
      <w:pPr>
        <w:pStyle w:val="Subtitle"/>
        <w:spacing w:before="0" w:after="140" w:line="240" w:lineRule="auto"/>
        <w:jc w:val="left"/>
      </w:pPr>
      <w:r>
        <w:rPr>
          <w:rFonts w:ascii="Arial" w:hAnsi="Arial" w:eastAsia="Arial" w:cs="Arial"/>
          <w:color w:val="526577"/>
          <w:sz w:val="19"/>
          <w:lang w:val="tr-TR" w:eastAsia="tr-TR" w:bidi="tr-TR"/>
        </w:rPr>
        <w:t>Üreticilerin, yetkili tedarikçilerin, entegratörlerin ve hizmet kuruluşlarının risk bazlı kalifikasyonu</w:t>
      </w:r>
    </w:p>
    <w:tbl>
      <w:tblPr>
        <w:tblW w:type="dxa" w:w="10106"/>
        <w:jc w:val="center"/>
        <w:tblLayout w:type="fixed"/>
        <w:tblLook w:firstColumn="1" w:firstRow="1" w:lastColumn="0" w:lastRow="0" w:noHBand="0" w:noVBand="1" w:val="04A0"/>
        <w:tblInd w:w="120" w:type="dxa"/>
        <w:tblCaption w:val="Document control"/>
        <w:tblDescription w:val="Document code, version, classification, owner and language."/>
      </w:tblPr>
      <w:tblGrid>
        <w:gridCol w:w="2100"/>
        <w:gridCol w:w="2953"/>
        <w:gridCol w:w="2100"/>
        <w:gridCol w:w="2953"/>
      </w:tblGrid>
      <w:tr>
        <w:trPr>
          <w:trHeight w:hRule="atLeast"/>
          <w:tblHeader/>
          <w:cantSplit/>
        </w:trPr>
        <w:tc>
          <w:tcPr>
            <w:tcW w:type="dxa" w:w="2100"/>
            <w:tcMar>
              <w:top w:w="90" w:type="dxa"/>
              <w:start w:w="120" w:type="dxa"/>
              <w:bottom w:w="90" w:type="dxa"/>
              <w:end w:w="120" w:type="dxa"/>
            </w:tcMar>
            <w:vAlign w:val="center"/>
            <w:shd w:fill="F7F0DC" w:val="clear"/>
          </w:tcPr>
          <w:p>
            <w:pPr>
              <w:spacing w:before="0" w:after="0" w:line="240" w:lineRule="auto"/>
              <w:jc w:val="left"/>
            </w:pPr>
            <w:r/>
            <w:r>
              <w:rPr>
                <w:rFonts w:ascii="Arial" w:hAnsi="Arial" w:eastAsia="Arial" w:cs="Arial"/>
                <w:b/>
                <w:i w:val="0"/>
                <w:color w:val="866A20"/>
                <w:sz w:val="16"/>
                <w:lang w:val="tr-TR" w:eastAsia="tr-TR" w:bidi="tr-TR"/>
              </w:rPr>
              <w:t>Belge kodu</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tr-TR" w:eastAsia="tr-TR" w:bidi="tr-TR"/>
              </w:rPr>
              <w:t>OLYD-FRM-DSR-001</w:t>
            </w:r>
          </w:p>
        </w:tc>
        <w:tc>
          <w:tcPr>
            <w:tcW w:type="dxa" w:w="2100"/>
            <w:tcMar>
              <w:top w:w="90" w:type="dxa"/>
              <w:start w:w="120" w:type="dxa"/>
              <w:bottom w:w="90" w:type="dxa"/>
              <w:end w:w="120" w:type="dxa"/>
            </w:tcMar>
            <w:vAlign w:val="center"/>
            <w:shd w:fill="F7F0DC" w:val="clear"/>
          </w:tcPr>
          <w:p>
            <w:pPr>
              <w:spacing w:before="0" w:after="0" w:line="240" w:lineRule="auto"/>
              <w:jc w:val="left"/>
            </w:pPr>
            <w:r/>
            <w:r>
              <w:rPr>
                <w:rFonts w:ascii="Arial" w:hAnsi="Arial" w:eastAsia="Arial" w:cs="Arial"/>
                <w:b/>
                <w:i w:val="0"/>
                <w:color w:val="866A20"/>
                <w:sz w:val="16"/>
                <w:lang w:val="tr-TR" w:eastAsia="tr-TR" w:bidi="tr-TR"/>
              </w:rPr>
              <w:t>Sürüm / yürürlük tarihi</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tr-TR" w:eastAsia="tr-TR" w:bidi="tr-TR"/>
              </w:rPr>
              <w:t>3.0 / 2 Ağustos 2026</w:t>
            </w:r>
          </w:p>
        </w:tc>
      </w:tr>
      <w:tr>
        <w:trPr>
          <w:trHeight w:hRule="atLeast"/>
          <w:cantSplit/>
        </w:trPr>
        <w:tc>
          <w:tcPr>
            <w:tcW w:type="dxa" w:w="2100"/>
            <w:tcMar>
              <w:top w:w="90" w:type="dxa"/>
              <w:start w:w="120" w:type="dxa"/>
              <w:bottom w:w="90" w:type="dxa"/>
              <w:end w:w="120" w:type="dxa"/>
            </w:tcMar>
            <w:vAlign w:val="center"/>
            <w:shd w:fill="F7F0DC" w:val="clear"/>
          </w:tcPr>
          <w:p>
            <w:pPr>
              <w:spacing w:before="0" w:after="0" w:line="240" w:lineRule="auto"/>
              <w:jc w:val="left"/>
            </w:pPr>
            <w:r/>
            <w:r>
              <w:rPr>
                <w:rFonts w:ascii="Arial" w:hAnsi="Arial" w:eastAsia="Arial" w:cs="Arial"/>
                <w:b/>
                <w:i w:val="0"/>
                <w:color w:val="866A20"/>
                <w:sz w:val="16"/>
                <w:lang w:val="tr-TR" w:eastAsia="tr-TR" w:bidi="tr-TR"/>
              </w:rPr>
              <w:t>Sınıflandırma</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tr-TR" w:eastAsia="tr-TR" w:bidi="tr-TR"/>
              </w:rPr>
              <w:t>Kontrollü kurumsal form</w:t>
            </w:r>
          </w:p>
        </w:tc>
        <w:tc>
          <w:tcPr>
            <w:tcW w:type="dxa" w:w="2100"/>
            <w:tcMar>
              <w:top w:w="90" w:type="dxa"/>
              <w:start w:w="120" w:type="dxa"/>
              <w:bottom w:w="90" w:type="dxa"/>
              <w:end w:w="120" w:type="dxa"/>
            </w:tcMar>
            <w:vAlign w:val="center"/>
            <w:shd w:fill="F7F0DC" w:val="clear"/>
          </w:tcPr>
          <w:p>
            <w:pPr>
              <w:spacing w:before="0" w:after="0" w:line="240" w:lineRule="auto"/>
              <w:jc w:val="left"/>
            </w:pPr>
            <w:r/>
            <w:r>
              <w:rPr>
                <w:rFonts w:ascii="Arial" w:hAnsi="Arial" w:eastAsia="Arial" w:cs="Arial"/>
                <w:b/>
                <w:i w:val="0"/>
                <w:color w:val="866A20"/>
                <w:sz w:val="16"/>
                <w:lang w:val="tr-TR" w:eastAsia="tr-TR" w:bidi="tr-TR"/>
              </w:rPr>
              <w:t>Belge sahibi</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tr-TR" w:eastAsia="tr-TR" w:bidi="tr-TR"/>
              </w:rPr>
              <w:t>OLYDEFENCE — OLYVENRA LTD</w:t>
            </w:r>
          </w:p>
        </w:tc>
      </w:tr>
      <w:tr>
        <w:trPr>
          <w:trHeight w:hRule="atLeast"/>
          <w:cantSplit/>
        </w:trPr>
        <w:tc>
          <w:tcPr>
            <w:tcW w:type="dxa" w:w="2100"/>
            <w:tcMar>
              <w:top w:w="90" w:type="dxa"/>
              <w:start w:w="120" w:type="dxa"/>
              <w:bottom w:w="90" w:type="dxa"/>
              <w:end w:w="120" w:type="dxa"/>
            </w:tcMar>
            <w:vAlign w:val="center"/>
            <w:shd w:fill="F7F0DC" w:val="clear"/>
          </w:tcPr>
          <w:p>
            <w:pPr>
              <w:spacing w:before="0" w:after="0" w:line="240" w:lineRule="auto"/>
              <w:jc w:val="left"/>
            </w:pPr>
            <w:r/>
            <w:r>
              <w:rPr>
                <w:rFonts w:ascii="Arial" w:hAnsi="Arial" w:eastAsia="Arial" w:cs="Arial"/>
                <w:b/>
                <w:i w:val="0"/>
                <w:color w:val="866A20"/>
                <w:sz w:val="16"/>
                <w:lang w:val="tr-TR" w:eastAsia="tr-TR" w:bidi="tr-TR"/>
              </w:rPr>
              <w:t>Dil</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tr-TR" w:eastAsia="tr-TR" w:bidi="tr-TR"/>
              </w:rPr>
              <w:t>Türkçe</w:t>
            </w:r>
          </w:p>
        </w:tc>
        <w:tc>
          <w:tcPr>
            <w:tcW w:type="dxa" w:w="2100"/>
            <w:tcMar>
              <w:top w:w="90" w:type="dxa"/>
              <w:start w:w="120" w:type="dxa"/>
              <w:bottom w:w="90" w:type="dxa"/>
              <w:end w:w="120" w:type="dxa"/>
            </w:tcMar>
            <w:vAlign w:val="center"/>
            <w:shd w:fill="F7F0DC" w:val="clear"/>
          </w:tcPr>
          <w:p>
            <w:pPr>
              <w:spacing w:before="0" w:after="0" w:line="240" w:lineRule="auto"/>
              <w:jc w:val="left"/>
            </w:pPr>
            <w:r/>
            <w:r>
              <w:rPr>
                <w:rFonts w:ascii="Arial" w:hAnsi="Arial" w:eastAsia="Arial" w:cs="Arial"/>
                <w:b/>
                <w:i w:val="0"/>
                <w:color w:val="866A20"/>
                <w:sz w:val="16"/>
                <w:lang w:val="tr-TR" w:eastAsia="tr-TR" w:bidi="tr-TR"/>
              </w:rPr>
              <w:t>Durum</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tr-TR" w:eastAsia="tr-TR" w:bidi="tr-TR"/>
              </w:rPr>
              <w:t>Yayına hazır / kontrollü ana nüsha</w:t>
            </w:r>
          </w:p>
        </w:tc>
      </w:tr>
    </w:tbl>
    <w:tbl>
      <w:tblPr>
        <w:tblW w:type="dxa" w:w="10106"/>
        <w:jc w:val="center"/>
        <w:tblLayout w:type="fixed"/>
        <w:tblLook w:firstColumn="1" w:firstRow="1" w:lastColumn="0" w:lastRow="0" w:noHBand="0" w:noVBand="1" w:val="04A0"/>
        <w:tblInd w:w="120" w:type="dxa"/>
        <w:tblCaption w:val="Amaç"/>
        <w:tblDescription w:val="Önerilen bir OLYDEFENCE tedarikçisinin ilk kalifikasyonu veya periyodik olarak yenilenmesi için bu formu kullanın. Kayıt, onay, temsil, münhasırlık veya satın alma taahhüdü anlamına gelmez. İnceleme derinliği ürün, yetki"/>
      </w:tblPr>
      <w:tblGrid>
        <w:gridCol w:w="10106"/>
      </w:tblGrid>
      <w:tr>
        <w:trPr>
          <w:trHeight w:hRule="atLeast"/>
          <w:tblHeader/>
          <w:cantSplit/>
        </w:trPr>
        <w:tc>
          <w:tcPr>
            <w:tcW w:type="dxa" w:w="10106"/>
            <w:tcMar>
              <w:top w:w="90" w:type="dxa"/>
              <w:start w:w="120" w:type="dxa"/>
              <w:bottom w:w="90" w:type="dxa"/>
              <w:end w:w="120" w:type="dxa"/>
            </w:tcMar>
            <w:vAlign w:val="center"/>
            <w:shd w:fill="866A20" w:val="clear"/>
          </w:tcPr>
          <w:p>
            <w:pPr>
              <w:spacing w:before="0" w:after="0" w:line="240" w:lineRule="auto"/>
              <w:jc w:val="left"/>
            </w:pPr>
            <w:r/>
            <w:r>
              <w:rPr>
                <w:rFonts w:ascii="Arial" w:hAnsi="Arial" w:eastAsia="Arial" w:cs="Arial"/>
                <w:b/>
                <w:i w:val="0"/>
                <w:color w:val="FFFFFF"/>
                <w:sz w:val="18"/>
                <w:lang w:val="tr-TR" w:eastAsia="tr-TR" w:bidi="tr-TR"/>
              </w:rPr>
              <w:t>Amaç</w:t>
            </w:r>
          </w:p>
        </w:tc>
      </w:tr>
      <w:tr>
        <w:trPr>
          <w:trHeight w:hRule="atLeast"/>
          <w:cantSplit/>
        </w:trPr>
        <w:tc>
          <w:tcPr>
            <w:tcW w:type="dxa" w:w="10106"/>
            <w:tcMar>
              <w:top w:w="90" w:type="dxa"/>
              <w:start w:w="120" w:type="dxa"/>
              <w:bottom w:w="90" w:type="dxa"/>
              <w:end w:w="120" w:type="dxa"/>
            </w:tcMar>
            <w:vAlign w:val="center"/>
            <w:shd w:fill="F7F0DC" w:val="clear"/>
          </w:tcPr>
          <w:p>
            <w:pPr>
              <w:spacing w:before="0" w:after="0" w:line="252" w:lineRule="auto"/>
              <w:jc w:val="left"/>
            </w:pPr>
            <w:r/>
            <w:r>
              <w:rPr>
                <w:rFonts w:ascii="Arial" w:hAnsi="Arial" w:eastAsia="Arial" w:cs="Arial"/>
                <w:color w:val="102334"/>
                <w:sz w:val="17"/>
                <w:lang w:val="tr-TR" w:eastAsia="tr-TR" w:bidi="tr-TR"/>
              </w:rPr>
              <w:t>Önerilen bir OLYDEFENCE tedarikçisinin ilk kalifikasyonu veya periyodik olarak yenilenmesi için bu formu kullanın. Kayıt, onay, temsil, münhasırlık veya satın alma taahhüdü anlamına gelmez. İnceleme derinliği ürün, yetki alanı, hedef, rol ve bilgi duyarlılığı ile orantılıdır.</w:t>
            </w:r>
          </w:p>
        </w:tc>
      </w:tr>
    </w:tbl>
    <w:tbl>
      <w:tblPr>
        <w:tblW w:type="dxa" w:w="10106"/>
        <w:jc w:val="center"/>
        <w:tblLayout w:type="fixed"/>
        <w:tblLook w:firstColumn="1" w:firstRow="1" w:lastColumn="0" w:lastRow="0" w:noHBand="0" w:noVBand="1" w:val="04A0"/>
        <w:tblInd w:w="120" w:type="dxa"/>
        <w:tblCaption w:val="Doldurma talimatı"/>
        <w:tblDescription w:val="İlgili her alanı doldurun. Genel, hassas olmayan açıklamalar kullanın ve kanıtları belge başlığına, düzenleyene, numaraya, revizyona ve tarihe göre belirtin. İşaretleme Bir neden ile birlikte uygulanamaz. OLYDEFENCE açık"/>
      </w:tblPr>
      <w:tblGrid>
        <w:gridCol w:w="10106"/>
      </w:tblGrid>
      <w:tr>
        <w:trPr>
          <w:trHeight w:hRule="atLeast"/>
          <w:tblHeader/>
          <w:cantSplit/>
        </w:trPr>
        <w:tc>
          <w:tcPr>
            <w:tcW w:type="dxa" w:w="1010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8"/>
                <w:lang w:val="tr-TR" w:eastAsia="tr-TR" w:bidi="tr-TR"/>
              </w:rPr>
              <w:t>Doldurma talimatı</w:t>
            </w:r>
          </w:p>
        </w:tc>
      </w:tr>
      <w:tr>
        <w:trPr>
          <w:trHeight w:hRule="atLeast"/>
          <w:cantSplit/>
        </w:trPr>
        <w:tc>
          <w:tcPr>
            <w:tcW w:type="dxa" w:w="10106"/>
            <w:tcMar>
              <w:top w:w="90" w:type="dxa"/>
              <w:start w:w="120" w:type="dxa"/>
              <w:bottom w:w="90" w:type="dxa"/>
              <w:end w:w="120" w:type="dxa"/>
            </w:tcMar>
            <w:vAlign w:val="center"/>
            <w:shd w:fill="F3F6F8" w:val="clear"/>
          </w:tcPr>
          <w:p>
            <w:pPr>
              <w:spacing w:before="0" w:after="0" w:line="252" w:lineRule="auto"/>
              <w:jc w:val="left"/>
            </w:pPr>
            <w:r/>
            <w:r>
              <w:rPr>
                <w:rFonts w:ascii="Arial" w:hAnsi="Arial" w:eastAsia="Arial" w:cs="Arial"/>
                <w:color w:val="102334"/>
                <w:sz w:val="17"/>
                <w:lang w:val="tr-TR" w:eastAsia="tr-TR" w:bidi="tr-TR"/>
              </w:rPr>
              <w:t>İlgili her alanı doldurun. Genel, hassas olmayan açıklamalar kullanın ve kanıtları belge başlığına, düzenleyene, numaraya, revizyona ve tarihe göre belirtin. İşaretleme Bir neden ile birlikte uygulanamaz. OLYDEFENCE açıklama, gelişmiş durum tespiti veya güvenli belge odası değişimi talep edebilir.</w:t>
            </w:r>
          </w:p>
        </w:tc>
      </w:tr>
    </w:tbl>
    <w:tbl>
      <w:tblPr>
        <w:tblW w:type="dxa" w:w="10106"/>
        <w:jc w:val="center"/>
        <w:tblLayout w:type="fixed"/>
        <w:tblLook w:firstColumn="1" w:firstRow="1" w:lastColumn="0" w:lastRow="0" w:noHBand="0" w:noVBand="1" w:val="04A0"/>
        <w:tblInd w:w="120" w:type="dxa"/>
        <w:tblCaption w:val="Gizlilik ve güvenli belge yönetimi"/>
        <w:tblDescription w:val="Gizli bilgileri, ihracat kontrollü teknik verileri, silah konfigürasyon ayrıntılarını, kişisel kimlik belgelerini, tıbbi kayıtları veya kimlik bilgilerini sıradan e-posta veya bu kamuya açık form yoluyla göndermeyin. Ona"/>
      </w:tblPr>
      <w:tblGrid>
        <w:gridCol w:w="10106"/>
      </w:tblGrid>
      <w:tr>
        <w:trPr>
          <w:trHeight w:hRule="atLeast"/>
          <w:tblHeader/>
          <w:cantSplit/>
        </w:trPr>
        <w:tc>
          <w:tcPr>
            <w:tcW w:type="dxa" w:w="1010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8"/>
                <w:lang w:val="tr-TR" w:eastAsia="tr-TR" w:bidi="tr-TR"/>
              </w:rPr>
              <w:t>Gizlilik ve güvenli belge yönetimi</w:t>
            </w:r>
          </w:p>
        </w:tc>
      </w:tr>
      <w:tr>
        <w:trPr>
          <w:trHeight w:hRule="atLeast"/>
          <w:cantSplit/>
        </w:trPr>
        <w:tc>
          <w:tcPr>
            <w:tcW w:type="dxa" w:w="10106"/>
            <w:tcMar>
              <w:top w:w="90" w:type="dxa"/>
              <w:start w:w="120" w:type="dxa"/>
              <w:bottom w:w="90" w:type="dxa"/>
              <w:end w:w="120" w:type="dxa"/>
            </w:tcMar>
            <w:vAlign w:val="center"/>
            <w:shd w:fill="F3F6F8" w:val="clear"/>
          </w:tcPr>
          <w:p>
            <w:pPr>
              <w:spacing w:before="0" w:after="0" w:line="252" w:lineRule="auto"/>
              <w:jc w:val="left"/>
            </w:pPr>
            <w:r/>
            <w:r>
              <w:rPr>
                <w:rFonts w:ascii="Arial" w:hAnsi="Arial" w:eastAsia="Arial" w:cs="Arial"/>
                <w:color w:val="102334"/>
                <w:sz w:val="17"/>
                <w:lang w:val="tr-TR" w:eastAsia="tr-TR" w:bidi="tr-TR"/>
              </w:rPr>
              <w:t>Gizli bilgileri, ihracat kontrollü teknik verileri, silah konfigürasyon ayrıntılarını, kişisel kimlik belgelerini, tıbbi kayıtları veya kimlik bilgilerini sıradan e-posta veya bu kamuya açık form yoluyla göndermeyin. Onaylanmış bir güvenli kanal ve yetkili alıcılar onaylanana kadar yalnızca referans sağlayın.</w:t>
            </w:r>
          </w:p>
          <w:p>
            <w:pPr>
              <w:spacing w:before="60" w:after="0" w:line="240" w:lineRule="auto"/>
              <w:jc w:val="left"/>
            </w:pPr>
            <w:hyperlink r:id="rId11">
              <w:r>
                <w:rPr>
                  <w:color w:val="866A20"/>
                  <w:u w:val="single"/>
                </w:rPr>
                <w:t>OLYVENRA Gizlilik Bildirimi'ni okuyun</w:t>
              </w:r>
            </w:hyperlink>
          </w:p>
        </w:tc>
      </w:tr>
    </w:tbl>
    <w:tbl>
      <w:tblPr>
        <w:tblW w:type="dxa" w:w="10106"/>
        <w:jc w:val="center"/>
        <w:tblLayout w:type="fixed"/>
        <w:tblLook w:firstColumn="1" w:firstRow="1" w:lastColumn="0" w:lastRow="0" w:noHBand="0" w:noVBand="1" w:val="04A0"/>
        <w:tblInd w:w="120" w:type="dxa"/>
        <w:tblCaption w:val="Kontrollü tedarik ve güvenli bilgi sınırı"/>
        <w:tblDescription w:val="Bu form bir teklif, ürün onayı, lisans, son kullanım izni, hukuki tavsiye veya işlem taahhüdü değildir. Kontrollü ürünler yalnızca yetkili makamlar ve yasal lisanslı rotalar aracılığıyla ilerlenir. Kamuya açık ilk yardım"/>
      </w:tblPr>
      <w:tblGrid>
        <w:gridCol w:w="10106"/>
      </w:tblGrid>
      <w:tr>
        <w:trPr>
          <w:trHeight w:hRule="atLeast"/>
          <w:tblHeader/>
          <w:cantSplit/>
        </w:trPr>
        <w:tc>
          <w:tcPr>
            <w:tcW w:type="dxa" w:w="10106"/>
            <w:tcMar>
              <w:top w:w="90" w:type="dxa"/>
              <w:start w:w="120" w:type="dxa"/>
              <w:bottom w:w="90" w:type="dxa"/>
              <w:end w:w="120" w:type="dxa"/>
            </w:tcMar>
            <w:vAlign w:val="center"/>
            <w:shd w:fill="8B5A00" w:val="clear"/>
          </w:tcPr>
          <w:p>
            <w:pPr>
              <w:spacing w:before="0" w:after="0" w:line="240" w:lineRule="auto"/>
              <w:jc w:val="left"/>
            </w:pPr>
            <w:r/>
            <w:r>
              <w:rPr>
                <w:rFonts w:ascii="Arial" w:hAnsi="Arial" w:eastAsia="Arial" w:cs="Arial"/>
                <w:b/>
                <w:i w:val="0"/>
                <w:color w:val="FFFFFF"/>
                <w:sz w:val="18"/>
                <w:lang w:val="tr-TR" w:eastAsia="tr-TR" w:bidi="tr-TR"/>
              </w:rPr>
              <w:t>Kontrollü tedarik ve güvenli bilgi sınırı</w:t>
            </w:r>
          </w:p>
        </w:tc>
      </w:tr>
      <w:tr>
        <w:trPr>
          <w:trHeight w:hRule="atLeast"/>
          <w:cantSplit/>
        </w:trPr>
        <w:tc>
          <w:tcPr>
            <w:tcW w:type="dxa" w:w="10106"/>
            <w:tcMar>
              <w:top w:w="90" w:type="dxa"/>
              <w:start w:w="120" w:type="dxa"/>
              <w:bottom w:w="90" w:type="dxa"/>
              <w:end w:w="120" w:type="dxa"/>
            </w:tcMar>
            <w:vAlign w:val="center"/>
            <w:shd w:fill="FFF7E6" w:val="clear"/>
          </w:tcPr>
          <w:p>
            <w:pPr>
              <w:spacing w:before="0" w:after="0" w:line="252" w:lineRule="auto"/>
              <w:jc w:val="left"/>
            </w:pPr>
            <w:r/>
            <w:r>
              <w:rPr>
                <w:rFonts w:ascii="Arial" w:hAnsi="Arial" w:eastAsia="Arial" w:cs="Arial"/>
                <w:color w:val="102334"/>
                <w:sz w:val="17"/>
                <w:lang w:val="tr-TR" w:eastAsia="tr-TR" w:bidi="tr-TR"/>
              </w:rPr>
              <w:t>Bu form bir teklif, ürün onayı, lisans, son kullanım izni, hukuki tavsiye veya işlem taahhüdü değildir. Kontrollü ürünler yalnızca yetkili makamlar ve yasal lisanslı rotalar aracılığıyla ilerlenir. Kamuya açık ilk yardım çantası kapsamına ilaçlar dahil değildir; Herhangi bir ilaç talebi, yasal olduğu takdirde ayrı bir lisanslı kanal kullanmalıdır.</w:t>
            </w:r>
          </w:p>
        </w:tc>
      </w:tr>
    </w:tbl>
    <w:p>
      <w:pPr>
        <w:pStyle w:val="Heading1"/>
        <w:keepNext/>
        <w:spacing w:before="160" w:after="80" w:line="240" w:lineRule="auto"/>
        <w:jc w:val="left"/>
      </w:pPr>
      <w:r>
        <w:rPr>
          <w:rFonts w:ascii="Arial" w:hAnsi="Arial" w:eastAsia="Arial" w:cs="Arial"/>
          <w:b/>
          <w:color w:val="866A20"/>
          <w:sz w:val="25"/>
          <w:lang w:val="tr-TR" w:eastAsia="tr-TR" w:bidi="tr-TR"/>
        </w:rPr>
        <w:t>Yasal kimlik, sahiplik ve yetkili rol</w:t>
      </w:r>
    </w:p>
    <w:tbl>
      <w:tblPr>
        <w:tblW w:type="dxa" w:w="10106"/>
        <w:jc w:val="center"/>
        <w:tblLayout w:type="fixed"/>
        <w:tblLook w:firstColumn="1" w:firstRow="1" w:lastColumn="0" w:lastRow="0" w:noHBand="0" w:noVBand="1" w:val="04A0"/>
        <w:tblInd w:w="120" w:type="dxa"/>
        <w:tblCaption w:val="Yasal kimlik, sahiplik ve yetkili rol"/>
        <w:tblDescription w:val="Yasal kimlik, sahiplik ve yetkili rol: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tr-TR" w:eastAsia="tr-TR" w:bidi="tr-TR"/>
              </w:rPr>
              <w:t>Talep edilen bilgi</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tr-TR" w:eastAsia="tr-TR" w:bidi="tr-TR"/>
              </w:rPr>
              <w:t>Yanıt / kanıt referansı</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Tam yasal ad ve ticari ad</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Tam yasal ad ve ticari ad"/>
                <w:tag w:val="olydefence.v3.supplier-registration.tr.company.legal_name"/>
                <w:id w:val="822501217"/>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Kayıt numarası, ülke ve kayıtlı adres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Kayıt numarası, ülke ve kayıtlı adres"/>
                <w:tag w:val="olydefence.v3.supplier-registration.tr.company.registration"/>
                <w:id w:val="1836803670"/>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Kurumsal web sitesi ve doğrulanabilir genel profil</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Kurumsal web sitesi ve doğrulanabilir genel profil"/>
                <w:tag w:val="olydefence.v3.supplier-registration.tr.company.website"/>
                <w:id w:val="2046230319"/>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Yetkili kişi: isim, unvan, departman, e-posta ve telefon</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Yetkili kişi: isim, unvan, departman, e-posta ve telefon"/>
                <w:tag w:val="olydefence.v3.supplier-registration.tr.company.contact"/>
                <w:id w:val="66917706"/>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Nihai intifa hakkı sahipleri, sahiplik yüzdeleri ve devlet mülkiyeti/kontrol</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Nihai intifa hakkı sahipleri, sahiplik yüzdeleri ve devlet mülkiyeti/kontrol"/>
                <w:tag w:val="olydefence.v3.supplier-registration.tr.company.ownership"/>
                <w:id w:val="385818124"/>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Direktörler, görevliler ve imza yetkilileri</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Direktörler, görevliler ve imza yetkilileri"/>
                <w:tag w:val="olydefence.v3.supplier-registration.tr.company.directors"/>
                <w:id w:val="615379647"/>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Kayıtlı, üretim, depolama ve servis siteleri</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Kayıtlı, üretim, depolama ve servis siteleri"/>
                <w:tag w:val="olydefence.v3.supplier-registration.tr.company.sites"/>
                <w:id w:val="363724906"/>
                <w:text w:multiLine="1"/>
                <w:showingPlcHdr/>
              </w:sdtPr>
              <w:sdtContent>
                <w:r>
                  <w:rPr>
                    <w:color w:val="667985"/>
                    <w:i/>
                    <w:sz w:val="18"/>
                    <w:lang w:val="tr-TR" w:eastAsia="tr-TR" w:bidi="tr-TR"/>
                  </w:rPr>
                  <w:t xml:space="preserve">Yanıt girmek için tıklayın veya dokunun. Uygun yerde Uygulanamaz yazın.</w:t>
                </w:r>
              </w:sdtContent>
            </w:sdt>
          </w:p>
        </w:tc>
      </w:tr>
    </w:tbl>
    <w:p>
      <w:pPr>
        <w:pStyle w:val="Heading1"/>
        <w:keepNext/>
        <w:spacing w:before="160" w:after="80" w:line="240" w:lineRule="auto"/>
        <w:jc w:val="left"/>
      </w:pPr>
      <w:r>
        <w:rPr>
          <w:rFonts w:ascii="Arial" w:hAnsi="Arial" w:eastAsia="Arial" w:cs="Arial"/>
          <w:b/>
          <w:color w:val="866A20"/>
          <w:sz w:val="25"/>
          <w:lang w:val="tr-TR" w:eastAsia="tr-TR" w:bidi="tr-TR"/>
        </w:rPr>
        <w:t>Ürün kapsamı, menşei ve kontrollü ürünler yetkisi</w:t>
      </w:r>
    </w:p>
    <w:tbl>
      <w:tblPr>
        <w:tblW w:type="dxa" w:w="10106"/>
        <w:jc w:val="center"/>
        <w:tblLayout w:type="fixed"/>
        <w:tblLook w:firstColumn="1" w:firstRow="1" w:lastColumn="0" w:lastRow="0" w:noHBand="0" w:noVBand="1" w:val="04A0"/>
        <w:tblInd w:w="120" w:type="dxa"/>
        <w:tblCaption w:val="Ürün kapsamı, menşei ve kontrollü ürünler yetkisi"/>
        <w:tblDescription w:val="Ürün kapsamı, menşei ve kontrollü ürünler yetkisi: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tr-TR" w:eastAsia="tr-TR" w:bidi="tr-TR"/>
              </w:rPr>
              <w:t>Talep edilen bilgi</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tr-TR" w:eastAsia="tr-TR" w:bidi="tr-TR"/>
              </w:rPr>
              <w:t>Yanıt / kanıt referansı</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Üretici, yetkili tedarikçi, entegratör, bakımcı veya servis rolü</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Üretici, yetkili tedarikçi, entegratör, bakımcı veya servis rolü"/>
                <w:tag w:val="olydefence.v3.supplier-registration.tr.scope.supplier_role"/>
                <w:id w:val="1301446433"/>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Mevcut lisanslar, tesciller, OEM atamaları ve onaylanmış bölgeler</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Mevcut lisanslar, tesciller, OEM atamaları ve onaylanmış bölgeler"/>
                <w:tag w:val="olydefence.v3.supplier-registration.tr.scope.authorisations"/>
                <w:id w:val="622213386"/>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Sunulan kontrollü ve kontrolsüz ürün/hizmet aileleri</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Sunulan kontrollü ve kontrolsüz ürün/hizmet aileleri"/>
                <w:tag w:val="olydefence.v3.supplier-registration.tr.scope.product_scope"/>
                <w:id w:val="1588155043"/>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Sözleşmeye bağlı olarak geçerli olduğunda NCAGE/CAGE, NSN veya kodlama yeteneği</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Sözleşmeye bağlı olarak geçerli olduğunda NCAGE/CAGE, NSN veya kodlama yeteneği"/>
                <w:tag w:val="olydefence.v3.supplier-registration.tr.scope.ncage_nsn"/>
                <w:id w:val="715256955"/>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Yasal üretici, üretim tesisi ve yetkili tedarik yolu</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Yasal üretici, üretim tesisi ve yetkili tedarik yolu"/>
                <w:tag w:val="olydefence.v3.supplier-registration.tr.scope.manufacturer"/>
                <w:id w:val="1574436512"/>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Kritik taşeronlar, hizmet sağlayıcılar ve aşağı doğru kontroller</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Kritik taşeronlar, hizmet sağlayıcılar ve aşağı doğru kontroller"/>
                <w:tag w:val="olydefence.v3.supplier-registration.tr.scope.subcontractors"/>
                <w:id w:val="1653116129"/>
                <w:text w:multiLine="1"/>
                <w:showingPlcHdr/>
              </w:sdtPr>
              <w:sdtContent>
                <w:r>
                  <w:rPr>
                    <w:color w:val="667985"/>
                    <w:i/>
                    <w:sz w:val="18"/>
                    <w:lang w:val="tr-TR" w:eastAsia="tr-TR" w:bidi="tr-TR"/>
                  </w:rPr>
                  <w:t xml:space="preserve">Yanıt girmek için tıklayın veya dokunun. Uygun yerde Uygulanamaz yazın.</w:t>
                </w:r>
              </w:sdtContent>
            </w:sdt>
          </w:p>
        </w:tc>
      </w:tr>
    </w:tbl>
    <w:p>
      <w:pPr>
        <w:pStyle w:val="Heading1"/>
        <w:keepNext/>
        <w:spacing w:before="160" w:after="80" w:line="240" w:lineRule="auto"/>
        <w:jc w:val="left"/>
      </w:pPr>
      <w:r>
        <w:rPr>
          <w:rFonts w:ascii="Arial" w:hAnsi="Arial" w:eastAsia="Arial" w:cs="Arial"/>
          <w:b/>
          <w:color w:val="866A20"/>
          <w:sz w:val="25"/>
          <w:lang w:val="tr-TR" w:eastAsia="tr-TR" w:bidi="tr-TR"/>
        </w:rPr>
        <w:t>Kalite, kanıt ve konfigürasyon kontrolü</w:t>
      </w:r>
    </w:p>
    <w:tbl>
      <w:tblPr>
        <w:tblW w:type="dxa" w:w="10106"/>
        <w:jc w:val="center"/>
        <w:tblLayout w:type="fixed"/>
        <w:tblLook w:firstColumn="1" w:firstRow="1" w:lastColumn="0" w:lastRow="0" w:noHBand="0" w:noVBand="1" w:val="04A0"/>
        <w:tblInd w:w="120" w:type="dxa"/>
        <w:tblCaption w:val="Kalite, kanıt ve konfigürasyon kontrolü"/>
        <w:tblDescription w:val="Kalite, kanıt ve konfigürasyon kontrolü: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tr-TR" w:eastAsia="tr-TR" w:bidi="tr-TR"/>
              </w:rPr>
              <w:t>Talep edilen bilgi</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tr-TR" w:eastAsia="tr-TR" w:bidi="tr-TR"/>
              </w:rPr>
              <w:t>Yanıt / kanıt referansı</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Kalite yönetim sistemi kapsamı, sertifikaları ve düzenleyen kuruluşlar</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Kalite yönetim sistemi kapsamı, sertifikaları ve düzenleyen kuruluşlar"/>
                <w:tag w:val="olydefence.v3.supplier-registration.tr.quality.qms"/>
                <w:id w:val="1167858174"/>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Sözleşmeye bağlı olarak geçerli olduğu durumlarda AQAP veya müşteriye özel kalite gereksinimleri</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Sözleşmeye bağlı olarak geçerli olduğu durumlarda AQAP veya müşteriye özel kalite gereksinimleri"/>
                <w:tag w:val="olydefence.v3.supplier-registration.tr.quality.aqap"/>
                <w:id w:val="643034896"/>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Test laboratuvarları, akreditasyon kapsamı ve güncel rapor kontrolleri</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Test laboratuvarları, akreditasyon kapsamı ve güncel rapor kontrolleri"/>
                <w:tag w:val="olydefence.v3.supplier-registration.tr.quality.test_labs"/>
                <w:id w:val="481305847"/>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Konfigürasyon temeli, çizim/şartname kontrolü ve değişiklik bildirimi</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Konfigürasyon temeli, çizim/şartname kontrolü ve değişiklik bildirimi"/>
                <w:tag w:val="olydefence.v3.supplier-registration.tr.quality.configuration"/>
                <w:id w:val="664709911"/>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Kaynak, sahteciliğin önlenmesi, yetkili kanal ve şüpheli ürün kontrolleri</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Kaynak, sahteciliğin önlenmesi, yetkili kanal ve şüpheli ürün kontrolleri"/>
                <w:tag w:val="olydefence.v3.supplier-registration.tr.quality.counterfeit"/>
                <w:id w:val="1687437323"/>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Gelen, devam eden, son muayene ve salıverme yetkisi</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Gelen, devam eden, son muayene ve salıverme yetkisi"/>
                <w:tag w:val="olydefence.v3.supplier-registration.tr.quality.inspection"/>
                <w:id w:val="222689451"/>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Uygunsuzluk, imtiyaz/sapma ve düzeltici faaliyet süreci</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Uygunsuzluk, imtiyaz/sapma ve düzeltici faaliyet süreci"/>
                <w:tag w:val="olydefence.v3.supplier-registration.tr.quality.nonconformance"/>
                <w:id w:val="1860357335"/>
                <w:text w:multiLine="1"/>
                <w:showingPlcHdr/>
              </w:sdtPr>
              <w:sdtContent>
                <w:r>
                  <w:rPr>
                    <w:color w:val="667985"/>
                    <w:i/>
                    <w:sz w:val="18"/>
                    <w:lang w:val="tr-TR" w:eastAsia="tr-TR" w:bidi="tr-TR"/>
                  </w:rPr>
                  <w:t xml:space="preserve">Yanıt girmek için tıklayın veya dokunun. Uygun yerde Uygulanamaz yazın.</w:t>
                </w:r>
              </w:sdtContent>
            </w:sdt>
          </w:p>
        </w:tc>
      </w:tr>
    </w:tbl>
    <w:p>
      <w:pPr>
        <w:pStyle w:val="Heading1"/>
        <w:keepNext/>
        <w:spacing w:before="160" w:after="80" w:line="240" w:lineRule="auto"/>
        <w:jc w:val="left"/>
      </w:pPr>
      <w:r>
        <w:rPr>
          <w:rFonts w:ascii="Arial" w:hAnsi="Arial" w:eastAsia="Arial" w:cs="Arial"/>
          <w:b/>
          <w:color w:val="866A20"/>
          <w:sz w:val="25"/>
          <w:lang w:val="tr-TR" w:eastAsia="tr-TR" w:bidi="tr-TR"/>
        </w:rPr>
        <w:t>İzlenebilirlik, uygunsuzluk ve yaşam döngüsü desteği</w:t>
      </w:r>
    </w:p>
    <w:tbl>
      <w:tblPr>
        <w:tblW w:type="dxa" w:w="10106"/>
        <w:jc w:val="center"/>
        <w:tblLayout w:type="fixed"/>
        <w:tblLook w:firstColumn="1" w:firstRow="1" w:lastColumn="0" w:lastRow="0" w:noHBand="0" w:noVBand="1" w:val="04A0"/>
        <w:tblInd w:w="120" w:type="dxa"/>
        <w:tblCaption w:val="İzlenebilirlik, uygunsuzluk ve yaşam döngüsü desteği"/>
        <w:tblDescription w:val="İzlenebilirlik, uygunsuzluk ve yaşam döngüsü desteği: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tr-TR" w:eastAsia="tr-TR" w:bidi="tr-TR"/>
              </w:rPr>
              <w:t>Talep edilen bilgi</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tr-TR" w:eastAsia="tr-TR" w:bidi="tr-TR"/>
              </w:rPr>
              <w:t>Yanıt / kanıt referansı</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Seri, parti veya parti tanımlama ve izlenebilirlik modeli</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Seri, parti veya parti tanımlama ve izlenebilirlik modeli"/>
                <w:tag w:val="olydefence.v3.supplier-registration.tr.traceability.serial_lot"/>
                <w:id w:val="590090464"/>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Seri/lot kayıtları, saklama süresi ve müşteri izlenebilirliğine erişim</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Seri/lot kayıtları, saklama süresi ve müşteri izlenebilirliğine erişim"/>
                <w:tag w:val="olydefence.v3.supplier-registration.tr.traceability.records"/>
                <w:id w:val="76379165"/>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Şikayet, olay, saha eylemi, geri çağırma ve müşteri bildirimi süreci</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Şikayet, olay, saha eylemi, geri çağırma ve müşteri bildirimi süreci"/>
                <w:tag w:val="olydefence.v3.supplier-registration.tr.traceability.complaints"/>
                <w:id w:val="1672651187"/>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Raf/hizmet ömrü, depolama, inceleme ve stok rotasyon kontrolleri</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Raf/hizmet ömrü, depolama, inceleme ve stok rotasyon kontrolleri"/>
                <w:tag w:val="olydefence.v3.supplier-registration.tr.traceability.shelf_life"/>
                <w:id w:val="355934123"/>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Taşıma şekli, tehlikeli madde sorumluluğu, izinler ve güvenlik planı</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Taşıma şekli, tehlikeli madde sorumluluğu, izinler ve güvenlik planı"/>
                <w:tag w:val="olydefence.v3.supplier-registration.tr.traceability.transport"/>
                <w:id w:val="1709604331"/>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Depolama ortamı, erişim kontrolü, envanter ve durum izleme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Depolama ortamı, erişim kontrolü, envanter ve durum izleme"/>
                <w:tag w:val="olydefence.v3.supplier-registration.tr.traceability.storage"/>
                <w:id w:val="474911339"/>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Yetkili eğitim hedef kitlesi, kapsamı ve yeterlilik kanıtı</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Yetkili eğitim hedef kitlesi, kapsamı ve yeterlilik kanıtı"/>
                <w:tag w:val="olydefence.v3.supplier-registration.tr.traceability.training"/>
                <w:id w:val="1259637706"/>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Bakım yetkisi, inceleme, kalibrasyon, aletler ve hizmete dönüş kayıtları</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Bakım yetkisi, inceleme, kalibrasyon, aletler ve hizmete dönüş kayıtları"/>
                <w:tag w:val="olydefence.v3.supplier-registration.tr.traceability.maintenance"/>
                <w:id w:val="1223407392"/>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Yedek parça, onarım, kalibrasyon, teknik yayınlar ve eskime kapasitesi</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Yedek parça, onarım, kalibrasyon, teknik yayınlar ve eskime kapasitesi"/>
                <w:tag w:val="olydefence.v3.supplier-registration.tr.traceability.lifecycle"/>
                <w:id w:val="1056607698"/>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Ürün, profesyonel ve diğer ilgili sigorta kanıtları</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Ürün, profesyonel ve diğer ilgili sigorta kanıtları"/>
                <w:tag w:val="olydefence.v3.supplier-registration.tr.traceability.insurance"/>
                <w:id w:val="1623628796"/>
                <w:text w:multiLine="1"/>
                <w:showingPlcHdr/>
              </w:sdtPr>
              <w:sdtContent>
                <w:r>
                  <w:rPr>
                    <w:color w:val="667985"/>
                    <w:i/>
                    <w:sz w:val="18"/>
                    <w:lang w:val="tr-TR" w:eastAsia="tr-TR" w:bidi="tr-TR"/>
                  </w:rPr>
                  <w:t xml:space="preserve">Yanıt girmek için tıklayın veya dokunun. Uygun yerde Uygulanamaz yazın.</w:t>
                </w:r>
              </w:sdtContent>
            </w:sdt>
          </w:p>
        </w:tc>
      </w:tr>
    </w:tbl>
    <w:p>
      <w:pPr>
        <w:pStyle w:val="Heading1"/>
        <w:keepNext/>
        <w:spacing w:before="160" w:after="80" w:line="240" w:lineRule="auto"/>
        <w:jc w:val="left"/>
      </w:pPr>
      <w:r>
        <w:rPr>
          <w:rFonts w:ascii="Arial" w:hAnsi="Arial" w:eastAsia="Arial" w:cs="Arial"/>
          <w:b/>
          <w:color w:val="866A20"/>
          <w:sz w:val="25"/>
          <w:lang w:val="tr-TR" w:eastAsia="tr-TR" w:bidi="tr-TR"/>
        </w:rPr>
        <w:t>Dürüstlük, yaptırımlar, insan hakları ve bilgi güvenliği</w:t>
      </w:r>
    </w:p>
    <w:tbl>
      <w:tblPr>
        <w:tblW w:type="dxa" w:w="10106"/>
        <w:jc w:val="center"/>
        <w:tblLayout w:type="fixed"/>
        <w:tblLook w:firstColumn="1" w:firstRow="1" w:lastColumn="0" w:lastRow="0" w:noHBand="0" w:noVBand="1" w:val="04A0"/>
        <w:tblInd w:w="120" w:type="dxa"/>
        <w:tblCaption w:val="Dürüstlük, yaptırımlar, insan hakları ve bilgi güvenliği"/>
        <w:tblDescription w:val="Dürüstlük, yaptırımlar, insan hakları ve bilgi güvenliği: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tr-TR" w:eastAsia="tr-TR" w:bidi="tr-TR"/>
              </w:rPr>
              <w:t>Talep edilen bilgi</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tr-TR" w:eastAsia="tr-TR" w:bidi="tr-TR"/>
              </w:rPr>
              <w:t>Yanıt / kanıt referansı</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Geçerli yaptırımlar, ambargo ve kısıtlı taraf inceleme durumu</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Geçerli yaptırımlar, ambargo ve kısıtlı taraf inceleme durumu"/>
                <w:tag w:val="olydefence.v3.supplier-registration.tr.integrity.sanctions"/>
                <w:id w:val="672420957"/>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Rüşvet, hediyeler, kolaylaştırma-ödeme ve üçüncü taraf kontrolleri ile mücadele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Rüşvet, hediyeler, kolaylaştırma-ödeme ve üçüncü taraf kontrolleri ile mücadele"/>
                <w:tag w:val="olydefence.v3.supplier-registration.tr.integrity.anti_bribery"/>
                <w:id w:val="234930126"/>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Acenteler, komisyoncular, komisyonlar, başarı ücretleri ve ödeme alıcıları</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Acenteler, komisyoncular, komisyonlar, başarı ücretleri ve ödeme alıcıları"/>
                <w:tag w:val="olydefence.v3.supplier-registration.tr.integrity.fees"/>
                <w:id w:val="1813955706"/>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Yaptırımlar, yasaklama, ihracat kontrolü ihlalleri, soruşturmalar veya yaptırım geçmişi</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Yaptırımlar, yasaklama, ihracat kontrolü ihlalleri, soruşturmalar veya yaptırım geçmişi"/>
                <w:tag w:val="olydefence.v3.supplier-registration.tr.integrity.sanctions_history"/>
                <w:id w:val="1883761443"/>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Gerçek veya potansiyel çıkar çatışmaları ve hükümet ilişkileri</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Gerçek veya potansiyel çıkar çatışmaları ve hükümet ilişkileri"/>
                <w:tag w:val="olydefence.v3.supplier-registration.tr.integrity.conflicts"/>
                <w:id w:val="1606001023"/>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İnsan hakları/IHL durum tespiti politikası ve üst kademeye iletme süreci</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İnsan hakları/IHL durum tespiti politikası ve üst kademeye iletme süreci"/>
                <w:tag w:val="olydefence.v3.supplier-registration.tr.integrity.ihl_policy"/>
                <w:id w:val="1660678645"/>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Zorla çalıştırma, çocuk işçiliği, modern kölelik ve sorumlu maden denetimleri</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Zorla çalıştırma, çocuk işçiliği, modern kölelik ve sorumlu maden denetimleri"/>
                <w:tag w:val="olydefence.v3.supplier-registration.tr.integrity.labour"/>
                <w:id w:val="1216736235"/>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Bilgi güvenliği çerçevesi, olaylar ve kontrollü teknik veri korumaları</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Bilgi güvenliği çerçevesi, olaylar ve kontrollü teknik veri korumaları"/>
                <w:tag w:val="olydefence.v3.supplier-registration.tr.integrity.cyber"/>
                <w:id w:val="532124497"/>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Mali durum, iflas ve süreklilik konuları</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Mali durum, iflas ve süreklilik konuları"/>
                <w:tag w:val="olydefence.v3.supplier-registration.tr.integrity.financial"/>
                <w:id w:val="2066544398"/>
                <w:text w:multiLine="1"/>
                <w:showingPlcHdr/>
              </w:sdtPr>
              <w:sdtContent>
                <w:r>
                  <w:rPr>
                    <w:color w:val="667985"/>
                    <w:i/>
                    <w:sz w:val="18"/>
                    <w:lang w:val="tr-TR" w:eastAsia="tr-TR" w:bidi="tr-TR"/>
                  </w:rPr>
                  <w:t xml:space="preserve">Yanıt girmek için tıklayın veya dokunun. Uygun yerde Uygulanamaz yazın.</w:t>
                </w:r>
              </w:sdtContent>
            </w:sdt>
          </w:p>
        </w:tc>
      </w:tr>
    </w:tbl>
    <w:p>
      <w:pPr>
        <w:pStyle w:val="Heading1"/>
        <w:keepNext/>
        <w:spacing w:before="160" w:after="80" w:line="240" w:lineRule="auto"/>
        <w:jc w:val="left"/>
      </w:pPr>
      <w:r>
        <w:rPr>
          <w:rFonts w:ascii="Arial" w:hAnsi="Arial" w:eastAsia="Arial" w:cs="Arial"/>
          <w:b/>
          <w:color w:val="866A20"/>
          <w:sz w:val="25"/>
          <w:lang w:val="tr-TR" w:eastAsia="tr-TR" w:bidi="tr-TR"/>
        </w:rPr>
        <w:t>Destekleyici kanıt kontrol listesi</w:t>
      </w:r>
    </w:p>
    <w:tbl>
      <w:tblPr>
        <w:tblW w:type="dxa" w:w="10106"/>
        <w:jc w:val="center"/>
        <w:tblLayout w:type="fixed"/>
        <w:tblLook w:firstColumn="1" w:firstRow="1" w:lastColumn="0" w:lastRow="0" w:noHBand="0" w:noVBand="1" w:val="04A0"/>
        <w:tblInd w:w="120" w:type="dxa"/>
        <w:tblCaption w:val="Destekleyici kanıt kontrol listesi"/>
        <w:tblDescription w:val="Destekleyici kanıt kontrol listesi: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tr-TR" w:eastAsia="tr-TR" w:bidi="tr-TR"/>
              </w:rPr>
              <w:t>Talep edilen bilgi</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tr-TR" w:eastAsia="tr-TR" w:bidi="tr-TR"/>
              </w:rPr>
              <w:t>Yanıt / kanıt referansı</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Kayıt özeti, vergi kaydı ve kayıtlı adres kanıtı</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Kayıt özeti, vergi kaydı ve kayıtlı adres kanıtı"/>
                <w:tag w:val="olydefence.v3.supplier-registration.tr.evidence.registration_evidence"/>
                <w:id w:val="671699940"/>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Sahiplik şeması ve intifa hakkı sahibinin kimlik kanıtı</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Sahiplik şeması ve intifa hakkı sahibinin kimlik kanıtı"/>
                <w:tag w:val="olydefence.v3.supplier-registration.tr.evidence.ownership_evidence"/>
                <w:id w:val="1498536184"/>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Mevcut lisanslar, tesciller, yetkiler ve randevu mektupları</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Mevcut lisanslar, tesciller, yetkiler ve randevu mektupları"/>
                <w:tag w:val="olydefence.v3.supplier-registration.tr.evidence.licence_evidence"/>
                <w:id w:val="831439420"/>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Sertifikalar, denetim özeti, akreditasyon ve ürün testi kanıtları</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Sertifikalar, denetim özeti, akreditasyon ve ürün testi kanıtları"/>
                <w:tag w:val="olydefence.v3.supplier-registration.tr.evidence.quality_evidence"/>
                <w:id w:val="2083677634"/>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Örnek seri/lot şecere, sertifika ve sürüm kaydı</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Örnek seri/lot şecere, sertifika ve sürüm kaydı"/>
                <w:tag w:val="olydefence.v3.supplier-registration.tr.evidence.trace_evidence"/>
                <w:id w:val="1614540119"/>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Rüşvetle mücadele, yaptırımlar, insan hakları/IHL, tedarik zinciri ve bilgi güvenliği politikaları</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Rüşvetle mücadele, yaptırımlar, insan hakları/IHL, tedarik zinciri ve bilgi güvenliği politikaları"/>
                <w:tag w:val="olydefence.v3.supplier-registration.tr.evidence.policy_evidence"/>
                <w:id w:val="213428405"/>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İki ilgili kurumsal müşteri veya profesyonel referans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İki ilgili kurumsal müşteri veya profesyonel referans"/>
                <w:tag w:val="olydefence.v3.supplier-registration.tr.evidence.references"/>
                <w:id w:val="2080013116"/>
                <w:text w:multiLine="1"/>
                <w:showingPlcHdr/>
              </w:sdtPr>
              <w:sdtContent>
                <w:r>
                  <w:rPr>
                    <w:color w:val="667985"/>
                    <w:i/>
                    <w:sz w:val="18"/>
                    <w:lang w:val="tr-TR" w:eastAsia="tr-TR" w:bidi="tr-TR"/>
                  </w:rPr>
                  <w:t xml:space="preserve">Yanıt girmek için tıklayın veya dokunun. Uygun yerde Uygulanamaz yazın.</w:t>
                </w:r>
              </w:sdtContent>
            </w:sdt>
          </w:p>
        </w:tc>
      </w:tr>
    </w:tbl>
    <w:p>
      <w:pPr>
        <w:pStyle w:val="Heading1"/>
        <w:keepNext/>
        <w:spacing w:before="160" w:after="80" w:line="240" w:lineRule="auto"/>
        <w:jc w:val="left"/>
      </w:pPr>
      <w:r>
        <w:rPr>
          <w:rFonts w:ascii="Arial" w:hAnsi="Arial" w:eastAsia="Arial" w:cs="Arial"/>
          <w:b/>
          <w:color w:val="866A20"/>
          <w:sz w:val="25"/>
          <w:lang w:val="tr-TR" w:eastAsia="tr-TR" w:bidi="tr-TR"/>
        </w:rPr>
        <w:t>Beyanname ve yetkili imza</w:t>
      </w:r>
    </w:p>
    <w:tbl>
      <w:tblPr>
        <w:tblW w:type="dxa" w:w="10106"/>
        <w:jc w:val="center"/>
        <w:tblLayout w:type="fixed"/>
        <w:tblLook w:firstColumn="1" w:firstRow="1" w:lastColumn="0" w:lastRow="0" w:noHBand="0" w:noVBand="1" w:val="04A0"/>
        <w:tblInd w:w="120" w:type="dxa"/>
        <w:tblCaption w:val="Beyanname ve yetkili imza"/>
        <w:tblDescription w:val="Sağlanan bilgilerin bilgim dahilinde tam ve doğru olduğunu, bu bilgileri göndermeye yetkili olduğumu ve kuruluşun önemli değişiklikleri derhal açıklayacağını onaylıyorum. Gönderimin onay, atama, gizlilik, kullanılabilirl"/>
      </w:tblPr>
      <w:tblGrid>
        <w:gridCol w:w="10106"/>
      </w:tblGrid>
      <w:tr>
        <w:trPr>
          <w:trHeight w:hRule="atLeast"/>
          <w:tblHeader/>
          <w:cantSplit/>
        </w:trPr>
        <w:tc>
          <w:tcPr>
            <w:tcW w:type="dxa" w:w="10106"/>
            <w:tcMar>
              <w:top w:w="90" w:type="dxa"/>
              <w:start w:w="120" w:type="dxa"/>
              <w:bottom w:w="90" w:type="dxa"/>
              <w:end w:w="120" w:type="dxa"/>
            </w:tcMar>
            <w:vAlign w:val="center"/>
            <w:shd w:fill="0A2B3C" w:val="clear"/>
          </w:tcPr>
          <w:p>
            <w:pPr>
              <w:keepNext/>
              <w:spacing w:before="0" w:after="0" w:line="240" w:lineRule="auto"/>
              <w:jc w:val="left"/>
            </w:pPr>
            <w:r/>
            <w:r>
              <w:rPr>
                <w:rFonts w:ascii="Arial" w:hAnsi="Arial" w:eastAsia="Arial" w:cs="Arial"/>
                <w:b/>
                <w:i w:val="0"/>
                <w:color w:val="FFFFFF"/>
                <w:sz w:val="18"/>
                <w:lang w:val="tr-TR" w:eastAsia="tr-TR" w:bidi="tr-TR"/>
              </w:rPr>
              <w:t>Beyanname ve yetkili imza</w:t>
            </w:r>
          </w:p>
        </w:tc>
      </w:tr>
      <w:tr>
        <w:trPr>
          <w:trHeight w:hRule="atLeast"/>
          <w:cantSplit/>
        </w:trPr>
        <w:tc>
          <w:tcPr>
            <w:tcW w:type="dxa" w:w="10106"/>
            <w:tcMar>
              <w:top w:w="90" w:type="dxa"/>
              <w:start w:w="120" w:type="dxa"/>
              <w:bottom w:w="90" w:type="dxa"/>
              <w:end w:w="120" w:type="dxa"/>
            </w:tcMar>
            <w:vAlign w:val="center"/>
            <w:shd w:fill="F7F0DC" w:val="clear"/>
          </w:tcPr>
          <w:p>
            <w:pPr>
              <w:keepNext/>
              <w:spacing w:before="0" w:after="0" w:line="252" w:lineRule="auto"/>
              <w:jc w:val="left"/>
            </w:pPr>
            <w:r/>
            <w:r>
              <w:rPr>
                <w:rFonts w:ascii="Arial" w:hAnsi="Arial" w:eastAsia="Arial" w:cs="Arial"/>
                <w:color w:val="102334"/>
                <w:sz w:val="17"/>
                <w:lang w:val="tr-TR" w:eastAsia="tr-TR" w:bidi="tr-TR"/>
              </w:rPr>
              <w:t>Sağlanan bilgilerin bilgim dahilinde tam ve doğru olduğunu, bu bilgileri göndermeye yetkili olduğumu ve kuruluşun önemli değişiklikleri derhal açıklayacağını onaylıyorum. Gönderimin onay, atama, gizlilik, kullanılabilirlik, münhasırlık, lisans uygunluğu veya işlem yapma yükümlülüğü oluşturmadığını anlıyorum.</w:t>
            </w:r>
          </w:p>
        </w:tc>
      </w:tr>
    </w:tbl>
    <w:tbl>
      <w:tblPr>
        <w:tblW w:type="dxa" w:w="10106"/>
        <w:jc w:val="center"/>
        <w:tblLayout w:type="fixed"/>
        <w:tblLook w:firstColumn="1" w:firstRow="1" w:lastColumn="0" w:lastRow="0" w:noHBand="0" w:noVBand="1" w:val="04A0"/>
        <w:tblInd w:w="120" w:type="dxa"/>
        <w:tblCaption w:val="Beyanname ve yetkili imza"/>
        <w:tblDescription w:val="Beyanname ve yetkili imza: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tr-TR" w:eastAsia="tr-TR" w:bidi="tr-TR"/>
              </w:rPr>
              <w:t>Talep edilen bilgi</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tr-TR" w:eastAsia="tr-TR" w:bidi="tr-TR"/>
              </w:rPr>
              <w:t>Yanıt / kanıt referansı</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Yetkili beyan sahibi: tam adı</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Yetkili beyan sahibi: tam adı"/>
                <w:tag w:val="olydefence.v3.supplier-registration.tr.declaration.declaration_name"/>
                <w:id w:val="1921534482"/>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Pozisyon ve organizasyon</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Pozisyon ve organizasyon"/>
                <w:tag w:val="olydefence.v3.supplier-registration.tr.declaration.declaration_title"/>
                <w:id w:val="893806074"/>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Bu formu göndermeye ilişkin yetki esası</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Bu formu göndermeye ilişkin yetki esası"/>
                <w:tag w:val="olydefence.v3.supplier-registration.tr.declaration.declaration_basis"/>
                <w:id w:val="281932395"/>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İmza</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İmza"/>
                <w:tag w:val="olydefence.v3.supplier-registration.tr.declaration.signature"/>
                <w:id w:val="1898345044"/>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Tarih</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Tarih"/>
                <w:tag w:val="olydefence.v3.supplier-registration.tr.declaration.date"/>
                <w:id w:val="100545035"/>
                <w:text w:multiLine="1"/>
                <w:showingPlcHdr/>
              </w:sdtPr>
              <w:sdtContent>
                <w:r>
                  <w:rPr>
                    <w:color w:val="667985"/>
                    <w:i/>
                    <w:sz w:val="18"/>
                    <w:lang w:val="tr-TR" w:eastAsia="tr-TR" w:bidi="tr-TR"/>
                  </w:rPr>
                  <w:t xml:space="preserve">Yanıt girmek için tıklayın veya dokunun. Uygun yerde Uygulanamaz yazın.</w:t>
                </w:r>
              </w:sdtContent>
            </w:sdt>
          </w:p>
        </w:tc>
      </w:tr>
    </w:tbl>
    <w:sectPr>
      <w:headerReference w:type="default" r:id="rId9"/>
      <w:footerReference w:type="default" r:id="rId10"/>
      <w:pgSz w:w="11906" w:h="16838"/>
      <w:pgMar w:top="980" w:right="900" w:bottom="950" w:left="900" w:header="350" w:footer="34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dxa" w:w="10106"/>
      <w:jc w:val="center"/>
      <w:tblLayout w:type="fixed"/>
      <w:tblLook w:firstColumn="1" w:firstRow="1" w:lastColumn="0" w:lastRow="0" w:noHBand="0" w:noVBand="1" w:val="04A0"/>
      <w:tblInd w:w="120" w:type="dxa"/>
      <w:tblCaption w:val="Controlled-form footer"/>
      <w:tblDescription w:val="Document code, status, version and page number."/>
    </w:tblPr>
    <w:tblGrid>
      <w:gridCol w:w="3350"/>
      <w:gridCol w:w="4050"/>
      <w:gridCol w:w="2706"/>
    </w:tblGrid>
    <w:tr>
      <w:trPr>
        <w:trHeight w:hRule="atLeast"/>
        <w:tblHeader/>
        <w:cantSplit/>
      </w:trPr>
      <w:tc>
        <w:tcPr>
          <w:tcW w:type="dxa" w:w="3350"/>
          <w:tcMar>
            <w:top w:w="55" w:type="dxa"/>
            <w:start w:w="90" w:type="dxa"/>
            <w:bottom w:w="55" w:type="dxa"/>
            <w:end w:w="90" w:type="dxa"/>
          </w:tcMar>
          <w:vAlign w:val="center"/>
          <w:shd w:fill="F3F6F8" w:val="clear"/>
        </w:tcPr>
        <w:p>
          <w:pPr>
            <w:spacing w:before="0" w:after="0" w:line="240" w:lineRule="auto"/>
            <w:jc w:val="left"/>
          </w:pPr>
          <w:r/>
          <w:r>
            <w:rPr>
              <w:rFonts w:ascii="Arial" w:hAnsi="Arial" w:eastAsia="Arial" w:cs="Arial"/>
              <w:b/>
              <w:i w:val="0"/>
              <w:color w:val="051C2B"/>
              <w:sz w:val="15"/>
              <w:lang w:val="tr-TR" w:eastAsia="tr-TR" w:bidi="tr-TR"/>
            </w:rPr>
            <w:t>OLYD-FRM-DSR-001 · V3.0</w:t>
          </w:r>
        </w:p>
      </w:tc>
      <w:tc>
        <w:tcPr>
          <w:tcW w:type="dxa" w:w="4050"/>
          <w:tcMar>
            <w:top w:w="55" w:type="dxa"/>
            <w:start w:w="90" w:type="dxa"/>
            <w:bottom w:w="55" w:type="dxa"/>
            <w:end w:w="90" w:type="dxa"/>
          </w:tcMar>
          <w:vAlign w:val="center"/>
          <w:shd w:fill="F3F6F8" w:val="clear"/>
        </w:tcPr>
        <w:p>
          <w:pPr>
            <w:spacing w:before="0" w:after="0" w:line="240" w:lineRule="auto"/>
            <w:jc w:val="center"/>
          </w:pPr>
          <w:r/>
          <w:r>
            <w:rPr>
              <w:rFonts w:ascii="Arial" w:hAnsi="Arial" w:eastAsia="Arial" w:cs="Arial"/>
              <w:b w:val="0"/>
              <w:i w:val="0"/>
              <w:color w:val="526577"/>
              <w:sz w:val="14"/>
              <w:lang w:val="tr-TR" w:eastAsia="tr-TR" w:bidi="tr-TR"/>
            </w:rPr>
            <w:t>Elektronik ortamda görüntülendiğinde kontrollü kurumsal form</w:t>
          </w:r>
        </w:p>
      </w:tc>
      <w:tc>
        <w:tcPr>
          <w:tcW w:type="dxa" w:w="2706"/>
          <w:tcMar>
            <w:top w:w="55" w:type="dxa"/>
            <w:start w:w="90" w:type="dxa"/>
            <w:bottom w:w="55" w:type="dxa"/>
            <w:end w:w="90" w:type="dxa"/>
          </w:tcMar>
          <w:vAlign w:val="center"/>
          <w:shd w:fill="F3F6F8" w:val="clear"/>
        </w:tcPr>
        <w:p>
          <w:pPr>
            <w:spacing w:before="0" w:after="0" w:line="247" w:lineRule="auto"/>
            <w:jc w:val="right"/>
          </w:pPr>
          <w:r>
            <w:rPr>
              <w:rFonts w:ascii="Arial" w:hAnsi="Arial" w:eastAsia="Arial" w:cs="Arial"/>
              <w:b/>
              <w:color w:val="051C2B"/>
              <w:sz w:val="15"/>
              <w:lang w:val="tr-TR" w:eastAsia="tr-TR" w:bidi="tr-TR"/>
            </w:rPr>
            <w:t xml:space="preserve">Sayfa </w:t>
          </w:r>
          <w:r>
            <w:rPr>
              <w:rFonts w:ascii="Arial" w:hAnsi="Arial" w:eastAsia="Arial" w:cs="Arial"/>
              <w:color w:val="526577"/>
              <w:sz w:val="16"/>
              <w:lang w:val="tr-TR" w:eastAsia="tr-TR" w:bidi="tr-TR"/>
            </w:rPr>
            <w:fldChar w:fldCharType="begin"/>
          </w:r>
          <w:r>
            <w:rPr>
              <w:rFonts w:ascii="Arial" w:hAnsi="Arial" w:eastAsia="Arial" w:cs="Arial"/>
              <w:color w:val="526577"/>
              <w:sz w:val="16"/>
              <w:lang w:val="tr-TR" w:eastAsia="tr-TR" w:bidi="tr-TR"/>
            </w:rPr>
            <w:instrText xml:space="preserve">PAGE</w:instrText>
          </w:r>
          <w:r>
            <w:rPr>
              <w:rFonts w:ascii="Arial" w:hAnsi="Arial" w:eastAsia="Arial" w:cs="Arial"/>
              <w:color w:val="526577"/>
              <w:sz w:val="16"/>
              <w:lang w:val="tr-TR" w:eastAsia="tr-TR" w:bidi="tr-TR"/>
            </w:rPr>
            <w:fldChar w:fldCharType="separate"/>
          </w:r>
          <w:r>
            <w:rPr>
              <w:rFonts w:ascii="Arial" w:hAnsi="Arial" w:eastAsia="Arial" w:cs="Arial"/>
              <w:color w:val="526577"/>
              <w:sz w:val="16"/>
              <w:lang w:val="tr-TR" w:eastAsia="tr-TR" w:bidi="tr-TR"/>
            </w:rPr>
            <w:instrText xml:space="preserve">1</w:instrText>
          </w:r>
          <w:r>
            <w:rPr>
              <w:rFonts w:ascii="Arial" w:hAnsi="Arial" w:eastAsia="Arial" w:cs="Arial"/>
              <w:color w:val="526577"/>
              <w:sz w:val="16"/>
              <w:lang w:val="tr-TR" w:eastAsia="tr-TR" w:bidi="tr-TR"/>
            </w:rPr>
            <w:fldChar w:fldCharType="end"/>
          </w:r>
          <w:r>
            <w:rPr>
              <w:rFonts w:ascii="Arial" w:hAnsi="Arial" w:eastAsia="Arial" w:cs="Arial"/>
              <w:color w:val="526577"/>
              <w:sz w:val="15"/>
              <w:lang w:val="tr-TR" w:eastAsia="tr-TR" w:bidi="tr-TR"/>
            </w:rPr>
            <w:t xml:space="preserve"> / </w:t>
          </w:r>
          <w:r>
            <w:rPr>
              <w:rFonts w:ascii="Arial" w:hAnsi="Arial" w:eastAsia="Arial" w:cs="Arial"/>
              <w:color w:val="526577"/>
              <w:sz w:val="16"/>
              <w:lang w:val="tr-TR" w:eastAsia="tr-TR" w:bidi="tr-TR"/>
            </w:rPr>
            <w:fldChar w:fldCharType="begin"/>
          </w:r>
          <w:r>
            <w:rPr>
              <w:rFonts w:ascii="Arial" w:hAnsi="Arial" w:eastAsia="Arial" w:cs="Arial"/>
              <w:color w:val="526577"/>
              <w:sz w:val="16"/>
              <w:lang w:val="tr-TR" w:eastAsia="tr-TR" w:bidi="tr-TR"/>
            </w:rPr>
            <w:instrText xml:space="preserve">NUMPAGES</w:instrText>
          </w:r>
          <w:r>
            <w:rPr>
              <w:rFonts w:ascii="Arial" w:hAnsi="Arial" w:eastAsia="Arial" w:cs="Arial"/>
              <w:color w:val="526577"/>
              <w:sz w:val="16"/>
              <w:lang w:val="tr-TR" w:eastAsia="tr-TR" w:bidi="tr-TR"/>
            </w:rPr>
            <w:fldChar w:fldCharType="separate"/>
          </w:r>
          <w:r>
            <w:rPr>
              <w:rFonts w:ascii="Arial" w:hAnsi="Arial" w:eastAsia="Arial" w:cs="Arial"/>
              <w:color w:val="526577"/>
              <w:sz w:val="16"/>
              <w:lang w:val="tr-TR" w:eastAsia="tr-TR" w:bidi="tr-TR"/>
            </w:rPr>
            <w:instrText xml:space="preserve">1</w:instrText>
          </w:r>
          <w:r>
            <w:rPr>
              <w:rFonts w:ascii="Arial" w:hAnsi="Arial" w:eastAsia="Arial" w:cs="Arial"/>
              <w:color w:val="526577"/>
              <w:sz w:val="16"/>
              <w:lang w:val="tr-TR" w:eastAsia="tr-TR" w:bidi="tr-TR"/>
            </w:rPr>
            <w:fldChar w:fldCharType="end"/>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dxa" w:w="10106"/>
      <w:jc w:val="center"/>
      <w:tblLayout w:type="fixed"/>
      <w:tblLook w:firstColumn="1" w:firstRow="1" w:lastColumn="0" w:lastRow="0" w:noHBand="0" w:noVBand="1" w:val="04A0"/>
      <w:tblInd w:w="120" w:type="dxa"/>
      <w:tblCaption w:val="OLYDEFENCE document header"/>
      <w:tblDescription w:val="OLYDEFENCE wordmark and controlled-form identity."/>
    </w:tblPr>
    <w:tblGrid>
      <w:gridCol w:w="4600"/>
      <w:gridCol w:w="5506"/>
    </w:tblGrid>
    <w:tr>
      <w:trPr>
        <w:trHeight w:hRule="atLeast"/>
        <w:tblHeader/>
        <w:cantSplit/>
      </w:trPr>
      <w:tc>
        <w:tcPr>
          <w:tcW w:type="dxa" w:w="4600"/>
          <w:tcMar>
            <w:top w:w="70" w:type="dxa"/>
            <w:start w:w="130" w:type="dxa"/>
            <w:bottom w:w="70" w:type="dxa"/>
            <w:end w:w="130" w:type="dxa"/>
          </w:tcMar>
          <w:vAlign w:val="center"/>
          <w:shd w:fill="051C2B" w:val="clear"/>
        </w:tcPr>
        <w:p>
          <w:pPr>
            <w:spacing w:before="0" w:after="0" w:line="247" w:lineRule="auto"/>
            <w:jc w:val="left"/>
          </w:pPr>
          <w:r>
            <w:drawing>
              <wp:inline xmlns:a="http://schemas.openxmlformats.org/drawingml/2006/main" xmlns:pic="http://schemas.openxmlformats.org/drawingml/2006/picture">
                <wp:extent cx="2057400" cy="411480"/>
                <wp:docPr id="1" name="OLYDEFENCE wordmark" descr="OLYDEFENCE wordmark"/>
                <wp:cNvGraphicFramePr>
                  <a:graphicFrameLocks noChangeAspect="1"/>
                </wp:cNvGraphicFramePr>
                <a:graphic>
                  <a:graphicData uri="http://schemas.openxmlformats.org/drawingml/2006/picture">
                    <pic:pic>
                      <pic:nvPicPr>
                        <pic:cNvPr id="0" name="olydefence-logo-dark.png"/>
                        <pic:cNvPicPr/>
                      </pic:nvPicPr>
                      <pic:blipFill>
                        <a:blip r:embed="rId1"/>
                        <a:stretch>
                          <a:fillRect/>
                        </a:stretch>
                      </pic:blipFill>
                      <pic:spPr>
                        <a:xfrm>
                          <a:off x="0" y="0"/>
                          <a:ext cx="2057400" cy="411480"/>
                        </a:xfrm>
                        <a:prstGeom prst="rect"/>
                      </pic:spPr>
                    </pic:pic>
                  </a:graphicData>
                </a:graphic>
              </wp:inline>
            </w:drawing>
          </w:r>
        </w:p>
      </w:tc>
      <w:tc>
        <w:tcPr>
          <w:tcW w:type="dxa" w:w="5506"/>
          <w:tcMar>
            <w:top w:w="70" w:type="dxa"/>
            <w:start w:w="130" w:type="dxa"/>
            <w:bottom w:w="70" w:type="dxa"/>
            <w:end w:w="130" w:type="dxa"/>
          </w:tcMar>
          <w:vAlign w:val="center"/>
          <w:shd w:fill="051C2B" w:val="clear"/>
        </w:tcPr>
        <w:p>
          <w:pPr>
            <w:spacing w:before="0" w:after="0" w:line="247" w:lineRule="auto"/>
            <w:jc w:val="right"/>
          </w:pPr>
          <w:r>
            <w:rPr>
              <w:rFonts w:ascii="Arial" w:hAnsi="Arial" w:eastAsia="Arial" w:cs="Arial"/>
              <w:b/>
              <w:color w:val="FFFFFF"/>
              <w:sz w:val="16"/>
              <w:lang w:val="tr-TR" w:eastAsia="tr-TR" w:bidi="tr-TR"/>
            </w:rPr>
            <w:t>SAVUNMA, GÜVENLİK VE DAYANIKLILIK TEDARİKİ</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tr-TR" w:eastAsia="tr-TR" w:bidi="tr-T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50" w:lineRule="auto"/>
    </w:pPr>
    <w:rPr>
      <w:rFonts w:ascii="Arial" w:hAnsi="Arial" w:eastAsia="Arial" w:cs="Arial"/>
      <w:color w:val="102334"/>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cs="Arial"/>
      <w:b/>
      <w:bCs/>
      <w:color w:val="866A20"/>
      <w:sz w:val="25"/>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cs="Arial"/>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cs="Arial"/>
      <w:b/>
      <w:color w:val="051C2B"/>
      <w:spacing w:val="5"/>
      <w:kern w:val="28"/>
      <w:sz w:val="4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rial" w:hAnsi="Arial" w:eastAsia="Arial" w:cs="Arial"/>
      <w:i/>
      <w:iCs/>
      <w:color w:val="526577"/>
      <w:spacing w:val="15"/>
      <w:sz w:val="20"/>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olyvenra.com/?lang=tr&amp;legal=priv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Savunma Tedarikçisi Kayıt Formu</dc:title>
  <dc:subject>Üreticilerin, yetkili tedarikçilerin, entegratörlerin ve hizmet kuruluşlarının risk bazlı kalifikasyonu</dc:subject>
  <dc:creator/>
  <cp:keywords>OLYDEFENCE, controlled procurement, responsible transfer, due diligence, document control</cp:keywords>
  <dc:description>Controlled OLYDEFENCE form OLYD-FRM-DSR-001 V3.0.</dc:description>
  <cp:lastModifiedBy/>
  <cp:revision>1</cp:revision>
  <dcterms:created xsi:type="dcterms:W3CDTF">2013-12-23T23:15:00Z</dcterms:created>
  <dcterms:modified xsi:type="dcterms:W3CDTF">2013-12-23T23:15:00Z</dcterms:modified>
  <cp:category/>
</cp:coreProperties>
</file>