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tr-TR" w:eastAsia="tr-TR" w:bidi="tr-TR"/>
        </w:rPr>
        <w:t>Gizlilik Sözleşmesi ve Kontrollü Bilgi Talep Formu</w:t>
      </w:r>
    </w:p>
    <w:p>
      <w:pPr>
        <w:pStyle w:val="Subtitle"/>
        <w:spacing w:before="0" w:after="140" w:line="240" w:lineRule="auto"/>
        <w:jc w:val="left"/>
      </w:pPr>
      <w:r>
        <w:rPr>
          <w:rFonts w:ascii="Arial" w:hAnsi="Arial" w:eastAsia="Arial" w:cs="Arial"/>
          <w:color w:val="526577"/>
          <w:sz w:val="19"/>
          <w:lang w:val="tr-TR" w:eastAsia="tr-TR" w:bidi="tr-TR"/>
        </w:rPr>
        <w:t>Gizli ve potansiyel olarak ihracat kontrollü tartışmaların güvenli kapsamının belirlenmesi</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kodu</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OLYD-FRM-NDA-001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Sürüm / yürürlük tarihi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3.0 / 2 Ağustos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Sınıflandırma</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Kontrollü kurumsal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Belge sahibi</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Dil</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Türkçe</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tr-TR" w:eastAsia="tr-TR" w:bidi="tr-TR"/>
              </w:rPr>
              <w:t>Durum</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tr-TR" w:eastAsia="tr-TR" w:bidi="tr-TR"/>
              </w:rPr>
              <w:t>Yayına hazır / kontrollü ana nüsha</w:t>
            </w:r>
          </w:p>
        </w:tc>
      </w:tr>
    </w:tbl>
    <w:tbl>
      <w:tblPr>
        <w:tblW w:type="dxa" w:w="10106"/>
        <w:jc w:val="center"/>
        <w:tblLayout w:type="fixed"/>
        <w:tblLook w:firstColumn="1" w:firstRow="1" w:lastColumn="0" w:lastRow="0" w:noHBand="0" w:noVBand="1" w:val="04A0"/>
        <w:tblInd w:w="120" w:type="dxa"/>
        <w:tblCaption w:val="Amaç"/>
        <w:tblDescription w:val="Gizli bilgiler paylaşılmadan önce tarafları, izin verilen amacı, bilgi kategorilerini, yetkili alıcıları, ülkeleri, sistemleri, saklama ve diğer kontrolleri tanımlamak için bu talebi kullanın. Gönderim bir Gizlilik Anlaş"/>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tr-TR" w:eastAsia="tr-TR" w:bidi="tr-TR"/>
              </w:rPr>
              <w:t>Amaç</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tr-TR" w:eastAsia="tr-TR" w:bidi="tr-TR"/>
              </w:rPr>
              <w:t>Gizli bilgiler paylaşılmadan önce tarafları, izin verilen amacı, bilgi kategorilerini, yetkili alıcıları, ülkeleri, sistemleri, saklama ve diğer kontrolleri tanımlamak için bu talebi kullanın. Gönderim bir Gizlilik Anlaşması oluşturmaz veya açıklamaya izin vermez.</w:t>
            </w:r>
          </w:p>
        </w:tc>
      </w:tr>
    </w:tbl>
    <w:tbl>
      <w:tblPr>
        <w:tblW w:type="dxa" w:w="10106"/>
        <w:jc w:val="center"/>
        <w:tblLayout w:type="fixed"/>
        <w:tblLook w:firstColumn="1" w:firstRow="1" w:lastColumn="0" w:lastRow="0" w:noHBand="0" w:noVBand="1" w:val="04A0"/>
        <w:tblInd w:w="120" w:type="dxa"/>
        <w:tblCaption w:val="Doldurma talimatı"/>
        <w:tblDescription w:val="İlgili her alanı doldurun. Genel, hassas olmayan açıklamalar kullanın ve kanıtları belge başlığına, düzenleyene, numaraya, revizyona ve tarihe göre belirtin. İşaretleme Bir neden ile birlikte uygulanamaz. OLYDEFENCE açık"/>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Doldurma talimatı</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İlgili her alanı doldurun. Genel, hassas olmayan açıklamalar kullanın ve kanıtları belge başlığına, düzenleyene, numaraya, revizyona ve tarihe göre belirtin. İşaretleme Bir neden ile birlikte uygulanamaz. OLYDEFENCE açıklama, gelişmiş durum tespiti veya güvenli belge odası değişimi talep edebilir.</w:t>
            </w:r>
          </w:p>
        </w:tc>
      </w:tr>
    </w:tbl>
    <w:tbl>
      <w:tblPr>
        <w:tblW w:type="dxa" w:w="10106"/>
        <w:jc w:val="center"/>
        <w:tblLayout w:type="fixed"/>
        <w:tblLook w:firstColumn="1" w:firstRow="1" w:lastColumn="0" w:lastRow="0" w:noHBand="0" w:noVBand="1" w:val="04A0"/>
        <w:tblInd w:w="120" w:type="dxa"/>
        <w:tblCaption w:val="Gizlilik ve güvenli belge yönetimi"/>
        <w:tblDescription w:val="Gizli bilgileri, ihracat kontrollü teknik verileri, silah konfigürasyon ayrıntılarını, kişisel kimlik belgelerini, tıbbi kayıtları veya kimlik bilgilerini sıradan e-posta veya bu kamuya açık form yoluyla göndermeyin. Ona"/>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tr-TR" w:eastAsia="tr-TR" w:bidi="tr-TR"/>
              </w:rPr>
              <w:t>Gizlilik ve güvenli belge yönetimi</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tr-TR" w:eastAsia="tr-TR" w:bidi="tr-TR"/>
              </w:rPr>
              <w:t>Gizli bilgileri, ihracat kontrollü teknik verileri, silah konfigürasyon ayrıntılarını, kişisel kimlik belgelerini, tıbbi kayıtları veya kimlik bilgilerini sıradan e-posta veya bu kamuya açık form yoluyla göndermeyin. Onaylanmış bir güvenli kanal ve yetkili alıcılar onaylanana kadar yalnızca referans sağlayın.</w:t>
            </w:r>
          </w:p>
          <w:p>
            <w:pPr>
              <w:spacing w:before="60" w:after="0" w:line="240" w:lineRule="auto"/>
              <w:jc w:val="left"/>
            </w:pPr>
            <w:hyperlink r:id="rId11">
              <w:r>
                <w:rPr>
                  <w:color w:val="866A20"/>
                  <w:u w:val="single"/>
                </w:rPr>
                <w:t>OLYVENRA Gizlilik Bildirimi'ni okuyun</w:t>
              </w:r>
            </w:hyperlink>
          </w:p>
        </w:tc>
      </w:tr>
    </w:tbl>
    <w:tbl>
      <w:tblPr>
        <w:tblW w:type="dxa" w:w="10106"/>
        <w:jc w:val="center"/>
        <w:tblLayout w:type="fixed"/>
        <w:tblLook w:firstColumn="1" w:firstRow="1" w:lastColumn="0" w:lastRow="0" w:noHBand="0" w:noVBand="1" w:val="04A0"/>
        <w:tblInd w:w="120" w:type="dxa"/>
        <w:tblCaption w:val="Kontrollü tedarik ve güvenli bilgi sınırı"/>
        <w:tblDescription w:val="Bu form bir teklif, ürün onayı, lisans, son kullanım izni, hukuki tavsiye veya işlem taahhüdü değildir. Kontrollü ürünler yalnızca yetkili makamlar ve yasal lisanslı rotalar aracılığıyla ilerlenir. Kamuya açık ilk yardım"/>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tr-TR" w:eastAsia="tr-TR" w:bidi="tr-TR"/>
              </w:rPr>
              <w:t>Kontrollü tedarik ve güvenli bilgi sınırı</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tr-TR" w:eastAsia="tr-TR" w:bidi="tr-TR"/>
              </w:rPr>
              <w:t>Bu form bir teklif, ürün onayı, lisans, son kullanım izni, hukuki tavsiye veya işlem taahhüdü değildir. Kontrollü ürünler yalnızca yetkili makamlar ve yasal lisanslı rotalar aracılığıyla ilerlenir. Kamuya açık ilk yardım çantası kapsamına ilaçlar dahil değildir; Herhangi bir ilaç talebi, yasal olduğu takdirde ayrı bir lisanslı kanal kullanmalıdır.</w:t>
            </w:r>
          </w:p>
        </w:tc>
      </w:tr>
    </w:tbl>
    <w:p>
      <w:pPr>
        <w:pStyle w:val="Heading1"/>
        <w:keepNext/>
        <w:spacing w:before="160" w:after="80" w:line="240" w:lineRule="auto"/>
        <w:jc w:val="left"/>
      </w:pPr>
      <w:r>
        <w:rPr>
          <w:rFonts w:ascii="Arial" w:hAnsi="Arial" w:eastAsia="Arial" w:cs="Arial"/>
          <w:b/>
          <w:color w:val="866A20"/>
          <w:sz w:val="25"/>
          <w:lang w:val="tr-TR" w:eastAsia="tr-TR" w:bidi="tr-TR"/>
        </w:rPr>
        <w:t>Taraflar, yetki ve gizlilik amacı</w:t>
      </w:r>
    </w:p>
    <w:tbl>
      <w:tblPr>
        <w:tblW w:type="dxa" w:w="10106"/>
        <w:jc w:val="center"/>
        <w:tblLayout w:type="fixed"/>
        <w:tblLook w:firstColumn="1" w:firstRow="1" w:lastColumn="0" w:lastRow="0" w:noHBand="0" w:noVBand="1" w:val="04A0"/>
        <w:tblInd w:w="120" w:type="dxa"/>
        <w:tblCaption w:val="Taraflar, yetki ve gizlilik amacı"/>
        <w:tblDescription w:val="Taraflar, yetki ve gizlilik amacı: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Önerilen yasal taraflar ve yetkili imza sahipleri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Önerilen yasal taraflar ve yetkili imza sahipleri"/>
                <w:tag w:val="olydefence.v3.nda-request.tr.nda_parties.nda_entities"/>
                <w:id w:val="80097366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Kayıt numarası, ülke ve kayıtlı adres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ayıt numarası, ülke ve kayıtlı adres"/>
                <w:tag w:val="olydefence.v3.nda-request.tr.nda_parties.registration"/>
                <w:id w:val="231183059"/>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kişi: isim, unvan, departman, e-posta ve telefon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kişi: isim, unvan, departman, e-posta ve telefon"/>
                <w:tag w:val="olydefence.v3.nda-request.tr.nda_parties.contact"/>
                <w:id w:val="144477482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Kuruluşu temsil edecek kamu yetkisi, satın alma makamı veya dayanağı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Kuruluşu temsil edecek kamu yetkisi, satın alma makamı veya dayanağı"/>
                <w:tag w:val="olydefence.v3.nda-request.tr.nda_parties.authority_basis"/>
                <w:id w:val="119185948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İzin verilen spesifik amaç ve proje/fırsat referansı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zin verilen spesifik amaç ve proje/fırsat referansı"/>
                <w:tag w:val="olydefence.v3.nda-request.tr.nda_parties.confidential_purpose"/>
                <w:id w:val="1182589015"/>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Erişim, aktarım, işleme ve depolama ülkeleri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rişim, aktarım, işleme ve depolama ülkeleri"/>
                <w:tag w:val="olydefence.v3.nda-request.tr.nda_parties.countries"/>
                <w:id w:val="23681583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Adlandırılmış veya rol tanımlı bilinmesi gereken alıcılar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landırılmış veya rol tanımlı bilinmesi gereken alıcılar"/>
                <w:tag w:val="olydefence.v3.nda-request.tr.nda_parties.recipients"/>
                <w:id w:val="1373190608"/>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Bilgi sınıflandırması ve erişim kapsamı</w:t>
      </w:r>
    </w:p>
    <w:tbl>
      <w:tblPr>
        <w:tblW w:type="dxa" w:w="10106"/>
        <w:jc w:val="center"/>
        <w:tblLayout w:type="fixed"/>
        <w:tblLook w:firstColumn="1" w:firstRow="1" w:lastColumn="0" w:lastRow="0" w:noHBand="0" w:noVBand="1" w:val="04A0"/>
        <w:tblInd w:w="120" w:type="dxa"/>
        <w:tblCaption w:val="Bilgi sınıflandırması ve erişim kapsamı"/>
        <w:tblDescription w:val="Bilgi sınıflandırması ve erişim kapsamı: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Ticari, ürün, kalite, yazılım, teknik veya diğer bilgi kategorileri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icari, ürün, kalite, yazılım, teknik veya diğer bilgi kategorileri"/>
                <w:tag w:val="olydefence.v3.nda-request.tr.info_scope.information_categories"/>
                <w:id w:val="24142692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İhracat kontrollü, çift kullanımlı, askeri veya güvenliğe duyarlı teknik bilgiler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hracat kontrollü, çift kullanımlı, askeri veya güvenliğe duyarlı teknik bilgiler"/>
                <w:tag w:val="olydefence.v3.nda-request.tr.info_scope.export_data"/>
                <w:id w:val="62659727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Devlet tarafından sınıflandırılan bilgiler (bu forma eklemeyin veya bu forma açıklama yapmayın)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vlet tarafından sınıflandırılan bilgiler (bu forma eklemeyin veya bu forma açıklama yapmayın)"/>
                <w:tag w:val="olydefence.v3.nda-request.tr.info_scope.classified_data"/>
                <w:id w:val="115918986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Üçüncü taraf gizli bilgileri ve ifşa etme yetkisi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Üçüncü taraf gizli bilgileri ve ifşa etme yetkisi"/>
                <w:tag w:val="olydefence.v3.nda-request.tr.info_scope.third_party_data"/>
                <w:id w:val="35220778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İlgili kişisel veriler ve geçerli gizlilik kısıtlamaları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lgili kişisel veriler ve geçerli gizlilik kısıtlamaları"/>
                <w:tag w:val="olydefence.v3.nda-request.tr.info_scope.personal_data"/>
                <w:id w:val="649854354"/>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Talep edilen gizlilik ve işleme kontrolleri</w:t>
      </w:r>
    </w:p>
    <w:tbl>
      <w:tblPr>
        <w:tblW w:type="dxa" w:w="10106"/>
        <w:jc w:val="center"/>
        <w:tblLayout w:type="fixed"/>
        <w:tblLook w:firstColumn="1" w:firstRow="1" w:lastColumn="0" w:lastRow="0" w:noHBand="0" w:noVBand="1" w:val="04A0"/>
        <w:tblInd w:w="120" w:type="dxa"/>
        <w:tblCaption w:val="Talep edilen gizlilik ve işleme kontrolleri"/>
        <w:tblDescription w:val="Talep edilen gizlilik ve işleme kontrolleri: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Tek taraflı veya karşılıklı gizlilik sözleşmesi ve önerilen şablon sahibi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ek taraflı veya karşılıklı gizlilik sözleşmesi ve önerilen şablon sahibi"/>
                <w:tag w:val="olydefence.v3.nda-request.tr.terms.nda_type"/>
                <w:id w:val="157204098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Talep edilen gizlilik ve hayatta kalma süreleri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lep edilen gizlilik ve hayatta kalma süreleri"/>
                <w:tag w:val="olydefence.v3.nda-request.tr.terms.confidentiality_period"/>
                <w:id w:val="165523760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Bilmesi gereken, temiz ekip, kopyalanmayan, indirilmeyen veya diğer erişim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ilmesi gereken, temiz ekip, kopyalanmayan, indirilmeyen veya diğer erişim kontrolleri"/>
                <w:tag w:val="olydefence.v3.nda-request.tr.terms.access_controls"/>
                <w:id w:val="100370976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Onaylı güvenli aktarım/veri odası sistemi ve yöneticisi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naylı güvenli aktarım/veri odası sistemi ve yöneticisi"/>
                <w:tag w:val="olydefence.v3.nda-request.tr.terms.secure_channel"/>
                <w:id w:val="179220531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Bağlı kuruluş, danışman, laboratuvar veya taşeron açıklama kontrolleri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ğlı kuruluş, danışman, laboratuvar veya taşeron açıklama kontrolleri"/>
                <w:tag w:val="olydefence.v3.nda-request.tr.terms.onward_disclosure"/>
                <w:id w:val="853760383"/>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Saklama, iade, silme ve sertifikalı imha gereksinimleri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klama, iade, silme ve sertifikalı imha gereksinimleri"/>
                <w:tag w:val="olydefence.v3.nda-request.tr.terms.retention"/>
                <w:id w:val="171475594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Yasal inceleme için geçerli yasa, yargı yetkisi ve anlaşmazlık forumunun talep edilmesi</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asal inceleme için geçerli yasa, yargı yetkisi ve anlaşmazlık forumunun talep edilmesi"/>
                <w:tag w:val="olydefence.v3.nda-request.tr.terms.law"/>
                <w:id w:val="295885217"/>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Mevcut gizlilik koşulları, çatışmalar veya önceki açıklamalar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evcut gizlilik koşulları, çatışmalar veya önceki açıklamalar"/>
                <w:tag w:val="olydefence.v3.nda-request.tr.terms.existing_terms"/>
                <w:id w:val="661534518"/>
                <w:text w:multiLine="1"/>
                <w:showingPlcHdr/>
              </w:sdtPr>
              <w:sdtContent>
                <w:r>
                  <w:rPr>
                    <w:color w:val="667985"/>
                    <w:i/>
                    <w:sz w:val="18"/>
                    <w:lang w:val="tr-TR" w:eastAsia="tr-TR" w:bidi="tr-TR"/>
                  </w:rPr>
                  <w:t xml:space="preserve">Yanıt girmek için tıklayın veya dokunun. Uygun yerde Uygulanamaz yazın.</w:t>
                </w:r>
              </w:sdtContent>
            </w:sdt>
          </w:p>
        </w:tc>
      </w:tr>
    </w:tbl>
    <w:p>
      <w:pPr>
        <w:pStyle w:val="Heading1"/>
        <w:keepNext/>
        <w:spacing w:before="160" w:after="80" w:line="240" w:lineRule="auto"/>
        <w:jc w:val="left"/>
      </w:pPr>
      <w:r>
        <w:rPr>
          <w:rFonts w:ascii="Arial" w:hAnsi="Arial" w:eastAsia="Arial" w:cs="Arial"/>
          <w:b/>
          <w:color w:val="866A20"/>
          <w:sz w:val="25"/>
          <w:lang w:val="tr-TR" w:eastAsia="tr-TR" w:bidi="tr-TR"/>
        </w:rPr>
        <w:t>Beyanname ve yetkili imza</w:t>
      </w:r>
    </w:p>
    <w:tbl>
      <w:tblPr>
        <w:tblW w:type="dxa" w:w="10106"/>
        <w:jc w:val="center"/>
        <w:tblLayout w:type="fixed"/>
        <w:tblLook w:firstColumn="1" w:firstRow="1" w:lastColumn="0" w:lastRow="0" w:noHBand="0" w:noVBand="1" w:val="04A0"/>
        <w:tblInd w:w="120" w:type="dxa"/>
        <w:tblCaption w:val="Beyanname ve yetkili imza"/>
        <w:tblDescription w:val="Sağlanan bilgilerin bilgim dahilinde tam ve doğru olduğunu, bu bilgileri göndermeye yetkili olduğumu ve kuruluşun önemli değişiklikleri derhal açıklayacağını onaylıyorum. Gönderimin onay, atama, gizlilik, kullanılabilirl"/>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tr-TR" w:eastAsia="tr-TR" w:bidi="tr-TR"/>
              </w:rPr>
              <w:t>Beyanname ve yetkili imza</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tr-TR" w:eastAsia="tr-TR" w:bidi="tr-TR"/>
              </w:rPr>
              <w:t>Sağlanan bilgilerin bilgim dahilinde tam ve doğru olduğunu, bu bilgileri göndermeye yetkili olduğumu ve kuruluşun önemli değişiklikleri derhal açıklayacağını onaylıyorum. Gönderimin onay, atama, gizlilik, kullanılabilirlik, münhasırlık, lisans uygunluğu veya işlem yapma yükümlülüğü oluşturmadığını anlıyorum.</w:t>
            </w:r>
          </w:p>
        </w:tc>
      </w:tr>
    </w:tbl>
    <w:tbl>
      <w:tblPr>
        <w:tblW w:type="dxa" w:w="10106"/>
        <w:jc w:val="center"/>
        <w:tblLayout w:type="fixed"/>
        <w:tblLook w:firstColumn="1" w:firstRow="1" w:lastColumn="0" w:lastRow="0" w:noHBand="0" w:noVBand="1" w:val="04A0"/>
        <w:tblInd w:w="120" w:type="dxa"/>
        <w:tblCaption w:val="Beyanname ve yetkili imza"/>
        <w:tblDescription w:val="Beyanname ve yetkili imza: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Talep edilen bilgi</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tr-TR" w:eastAsia="tr-TR" w:bidi="tr-TR"/>
              </w:rPr>
              <w:t>Yanıt / kanıt referansı</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Yetkili beyan sahibi: tam adı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Yetkili beyan sahibi: tam adı"/>
                <w:tag w:val="olydefence.v3.nda-request.tr.declaration.declaration_name"/>
                <w:id w:val="1902489968"/>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Pozisyon ve organizasyon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zisyon ve organizasyon"/>
                <w:tag w:val="olydefence.v3.nda-request.tr.declaration.declaration_title"/>
                <w:id w:val="103769150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Bu formu göndermeye ilişkin yetki esası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 formu göndermeye ilişkin yetki esası"/>
                <w:tag w:val="olydefence.v3.nda-request.tr.declaration.declaration_basis"/>
                <w:id w:val="444325276"/>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İmza</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mza"/>
                <w:tag w:val="olydefence.v3.nda-request.tr.declaration.signature"/>
                <w:id w:val="559084200"/>
                <w:text w:multiLine="1"/>
                <w:showingPlcHdr/>
              </w:sdtPr>
              <w:sdtContent>
                <w:r>
                  <w:rPr>
                    <w:color w:val="667985"/>
                    <w:i/>
                    <w:sz w:val="18"/>
                    <w:lang w:val="tr-TR" w:eastAsia="tr-TR" w:bidi="tr-TR"/>
                  </w:rPr>
                  <w:t xml:space="preserve">Yanıt girmek için tıklayın veya dokunun. Uygun yerde Uygulanamaz yazın.</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tr-TR" w:eastAsia="tr-TR" w:bidi="tr-TR"/>
              </w:rPr>
              <w:t>Tarih</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arih"/>
                <w:tag w:val="olydefence.v3.nda-request.tr.declaration.date"/>
                <w:id w:val="192261147"/>
                <w:text w:multiLine="1"/>
                <w:showingPlcHdr/>
              </w:sdtPr>
              <w:sdtContent>
                <w:r>
                  <w:rPr>
                    <w:color w:val="667985"/>
                    <w:i/>
                    <w:sz w:val="18"/>
                    <w:lang w:val="tr-TR" w:eastAsia="tr-TR" w:bidi="tr-TR"/>
                  </w:rPr>
                  <w:t xml:space="preserve">Yanıt girmek için tıklayın veya dokunun. Uygun yerde Uygulanamaz yazın.</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tr-TR" w:eastAsia="tr-TR" w:bidi="tr-TR"/>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tr-TR" w:eastAsia="tr-TR" w:bidi="tr-TR"/>
            </w:rPr>
            <w:t>Elektronik ortamda görüntülendiğinde kontrollü kurumsal form</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tr-TR" w:eastAsia="tr-TR" w:bidi="tr-TR"/>
            </w:rPr>
            <w:t xml:space="preserve">Sayfa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PAGE</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r>
            <w:rPr>
              <w:rFonts w:ascii="Arial" w:hAnsi="Arial" w:eastAsia="Arial" w:cs="Arial"/>
              <w:color w:val="526577"/>
              <w:sz w:val="15"/>
              <w:lang w:val="tr-TR" w:eastAsia="tr-TR" w:bidi="tr-TR"/>
            </w:rPr>
            <w:t xml:space="preserve"> / </w:t>
          </w:r>
          <w:r>
            <w:rPr>
              <w:rFonts w:ascii="Arial" w:hAnsi="Arial" w:eastAsia="Arial" w:cs="Arial"/>
              <w:color w:val="526577"/>
              <w:sz w:val="16"/>
              <w:lang w:val="tr-TR" w:eastAsia="tr-TR" w:bidi="tr-TR"/>
            </w:rPr>
            <w:fldChar w:fldCharType="begin"/>
          </w:r>
          <w:r>
            <w:rPr>
              <w:rFonts w:ascii="Arial" w:hAnsi="Arial" w:eastAsia="Arial" w:cs="Arial"/>
              <w:color w:val="526577"/>
              <w:sz w:val="16"/>
              <w:lang w:val="tr-TR" w:eastAsia="tr-TR" w:bidi="tr-TR"/>
            </w:rPr>
            <w:instrText xml:space="preserve">NUMPAGES</w:instrText>
          </w:r>
          <w:r>
            <w:rPr>
              <w:rFonts w:ascii="Arial" w:hAnsi="Arial" w:eastAsia="Arial" w:cs="Arial"/>
              <w:color w:val="526577"/>
              <w:sz w:val="16"/>
              <w:lang w:val="tr-TR" w:eastAsia="tr-TR" w:bidi="tr-TR"/>
            </w:rPr>
            <w:fldChar w:fldCharType="separate"/>
          </w:r>
          <w:r>
            <w:rPr>
              <w:rFonts w:ascii="Arial" w:hAnsi="Arial" w:eastAsia="Arial" w:cs="Arial"/>
              <w:color w:val="526577"/>
              <w:sz w:val="16"/>
              <w:lang w:val="tr-TR" w:eastAsia="tr-TR" w:bidi="tr-TR"/>
            </w:rPr>
            <w:instrText xml:space="preserve">1</w:instrText>
          </w:r>
          <w:r>
            <w:rPr>
              <w:rFonts w:ascii="Arial" w:hAnsi="Arial" w:eastAsia="Arial" w:cs="Arial"/>
              <w:color w:val="526577"/>
              <w:sz w:val="16"/>
              <w:lang w:val="tr-TR" w:eastAsia="tr-TR" w:bidi="tr-T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tr-TR" w:eastAsia="tr-TR" w:bidi="tr-TR"/>
            </w:rPr>
            <w:t>SAVUNMA, GÜVENLİK VE DAYANIKLILIK TEDARİKİ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tr-TR"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Gizlilik Sözleşmesi ve Kontrollü Bilgi Talep Formu</dc:title>
  <dc:subject>Gizli ve potansiyel olarak ihracat kontrollü tartışmaların güvenli kapsamının belirlenmesi</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