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ru-RU" w:eastAsia="ru-RU" w:bidi="ru-RU"/>
        </w:rPr>
        <w:t>Форма регистрации поставщика оборонной продукции</w:t>
      </w:r>
    </w:p>
    <w:p>
      <w:pPr>
        <w:pStyle w:val="Subtitle"/>
        <w:spacing w:before="0" w:after="140" w:line="240" w:lineRule="auto"/>
        <w:jc w:val="left"/>
      </w:pPr>
      <w:r>
        <w:rPr>
          <w:rFonts w:ascii="Arial" w:hAnsi="Arial" w:eastAsia="Arial" w:cs="Arial"/>
          <w:color w:val="526577"/>
          <w:sz w:val="19"/>
          <w:lang w:val="ru-RU" w:eastAsia="ru-RU" w:bidi="ru-RU"/>
        </w:rPr>
        <w:t>Риск-ориентированная квалификация производителей, авторизованных поставщиков, интеграторов и сервисных организаций</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ru-RU" w:eastAsia="ru-RU" w:bidi="ru-RU"/>
              </w:rPr>
              <w:t>Код документа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OLYD-FRM-DSR-001</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ru-RU" w:eastAsia="ru-RU" w:bidi="ru-RU"/>
              </w:rPr>
              <w:t>Версия / дата вступления в силу</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3.0 / 2 августа 2026 г.</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ru-RU" w:eastAsia="ru-RU" w:bidi="ru-RU"/>
              </w:rPr>
              <w:t>Классификация</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Контролируемая деловая форма</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ru-RU" w:eastAsia="ru-RU" w:bidi="ru-RU"/>
              </w:rPr>
              <w:t>Владелец документа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OLYDEFENCE — OLYVENRA LTD</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ru-RU" w:eastAsia="ru-RU" w:bidi="ru-RU"/>
              </w:rPr>
              <w:t>Язык</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Русский</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ru-RU" w:eastAsia="ru-RU" w:bidi="ru-RU"/>
              </w:rPr>
              <w:t>Статус</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Готово к публикации / контролируемый оригинал</w:t>
            </w:r>
          </w:p>
        </w:tc>
      </w:tr>
    </w:tbl>
    <w:tbl>
      <w:tblPr>
        <w:tblW w:type="dxa" w:w="10106"/>
        <w:jc w:val="center"/>
        <w:tblLayout w:type="fixed"/>
        <w:tblLook w:firstColumn="1" w:firstRow="1" w:lastColumn="0" w:lastRow="0" w:noHBand="0" w:noVBand="1" w:val="04A0"/>
        <w:tblInd w:w="120" w:type="dxa"/>
        <w:tblCaption w:val="Назначение"/>
        <w:tblDescription w:val="Используйте эту форму для первоначальной квалификации или периодического продления срока действия предлагаемого поставщика OLYDEFENCE. Регистрация не означает одобрения, представления, эксклюзивности или обязательства о "/>
      </w:tblPr>
      <w:tblGrid>
        <w:gridCol w:w="10106"/>
      </w:tblGrid>
      <w:tr>
        <w:trPr>
          <w:trHeight w:hRule="atLeast"/>
          <w:tblHeader/>
          <w:cantSplit/>
        </w:trPr>
        <w:tc>
          <w:tcPr>
            <w:tcW w:type="dxa" w:w="10106"/>
            <w:tcMar>
              <w:top w:w="90" w:type="dxa"/>
              <w:start w:w="120" w:type="dxa"/>
              <w:bottom w:w="90" w:type="dxa"/>
              <w:end w:w="120" w:type="dxa"/>
            </w:tcMar>
            <w:vAlign w:val="center"/>
            <w:shd w:fill="866A20" w:val="clear"/>
          </w:tcPr>
          <w:p>
            <w:pPr>
              <w:spacing w:before="0" w:after="0" w:line="240" w:lineRule="auto"/>
              <w:jc w:val="left"/>
            </w:pPr>
            <w:r/>
            <w:r>
              <w:rPr>
                <w:rFonts w:ascii="Arial" w:hAnsi="Arial" w:eastAsia="Arial" w:cs="Arial"/>
                <w:b/>
                <w:i w:val="0"/>
                <w:color w:val="FFFFFF"/>
                <w:sz w:val="18"/>
                <w:lang w:val="ru-RU" w:eastAsia="ru-RU" w:bidi="ru-RU"/>
              </w:rPr>
              <w:t>Назначение</w:t>
            </w:r>
          </w:p>
        </w:tc>
      </w:tr>
      <w:tr>
        <w:trPr>
          <w:trHeight w:hRule="atLeast"/>
          <w:cantSplit/>
        </w:trPr>
        <w:tc>
          <w:tcPr>
            <w:tcW w:type="dxa" w:w="10106"/>
            <w:tcMar>
              <w:top w:w="90" w:type="dxa"/>
              <w:start w:w="120" w:type="dxa"/>
              <w:bottom w:w="90" w:type="dxa"/>
              <w:end w:w="120" w:type="dxa"/>
            </w:tcMar>
            <w:vAlign w:val="center"/>
            <w:shd w:fill="F7F0DC" w:val="clear"/>
          </w:tcPr>
          <w:p>
            <w:pPr>
              <w:spacing w:before="0" w:after="0" w:line="252" w:lineRule="auto"/>
              <w:jc w:val="left"/>
            </w:pPr>
            <w:r/>
            <w:r>
              <w:rPr>
                <w:rFonts w:ascii="Arial" w:hAnsi="Arial" w:eastAsia="Arial" w:cs="Arial"/>
                <w:color w:val="102334"/>
                <w:sz w:val="17"/>
                <w:lang w:val="ru-RU" w:eastAsia="ru-RU" w:bidi="ru-RU"/>
              </w:rPr>
              <w:t>Используйте эту форму для первоначальной квалификации или периодического продления срока действия предлагаемого поставщика OLYDEFENCE. Регистрация не означает одобрения, представления, эксклюзивности или обязательства о покупке. Глубина проверки пропорциональна продукту, юрисдикции, месту назначения, роли и конфиденциальности информации.</w:t>
            </w:r>
          </w:p>
        </w:tc>
      </w:tr>
    </w:tbl>
    <w:tbl>
      <w:tblPr>
        <w:tblW w:type="dxa" w:w="10106"/>
        <w:jc w:val="center"/>
        <w:tblLayout w:type="fixed"/>
        <w:tblLook w:firstColumn="1" w:firstRow="1" w:lastColumn="0" w:lastRow="0" w:noHBand="0" w:noVBand="1" w:val="04A0"/>
        <w:tblInd w:w="120" w:type="dxa"/>
        <w:tblCaption w:val="Инструкция по заполнению"/>
        <w:tblDescription w:val="Заполните все применимые поля. Используйте общие, неконфиденциальные описания и приведите доказательства по названию документа, издателю, номеру, редакции и дате. Пометка Не применимо по причине. OLYDEFENCE может запроси"/>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ru-RU" w:eastAsia="ru-RU" w:bidi="ru-RU"/>
              </w:rPr>
              <w:t>Инструкция по заполнению</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ru-RU" w:eastAsia="ru-RU" w:bidi="ru-RU"/>
              </w:rPr>
              <w:t>Заполните все применимые поля. Используйте общие, неконфиденциальные описания и приведите доказательства по названию документа, издателю, номеру, редакции и дате. Пометка Не применимо по причине. OLYDEFENCE может запросить разъяснения, усиленную комплексную проверку или безопасный обмен документами.</w:t>
            </w:r>
          </w:p>
        </w:tc>
      </w:tr>
    </w:tbl>
    <w:tbl>
      <w:tblPr>
        <w:tblW w:type="dxa" w:w="10106"/>
        <w:jc w:val="center"/>
        <w:tblLayout w:type="fixed"/>
        <w:tblLook w:firstColumn="1" w:firstRow="1" w:lastColumn="0" w:lastRow="0" w:noHBand="0" w:noVBand="1" w:val="04A0"/>
        <w:tblInd w:w="120" w:type="dxa"/>
        <w:tblCaption w:val="Конфиденциальность и безопасная передача документов"/>
        <w:tblDescription w:val="Не отправляйте секретную информацию, технические данные, подлежащие экспортному контролю, сведения о конфигурации оружия, документы, удостоверяющие личность, медицинские записи или учетные данные по обычной электронной п"/>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ru-RU" w:eastAsia="ru-RU" w:bidi="ru-RU"/>
              </w:rPr>
              <w:t>Конфиденциальность и безопасная передача документов</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ru-RU" w:eastAsia="ru-RU" w:bidi="ru-RU"/>
              </w:rPr>
              <w:t>Не отправляйте секретную информацию, технические данные, подлежащие экспортному контролю, сведения о конфигурации оружия, документы, удостоверяющие личность, медицинские записи или учетные данные по обычной электронной почте или через эту общедоступную форму. Предоставляйте только ссылки до тех пор, пока не будут подтверждены утвержденный безопасный канал и авторизованные получатели.</w:t>
            </w:r>
          </w:p>
          <w:p>
            <w:pPr>
              <w:spacing w:before="60" w:after="0" w:line="240" w:lineRule="auto"/>
              <w:jc w:val="left"/>
            </w:pPr>
            <w:hyperlink r:id="rId11">
              <w:r>
                <w:rPr>
                  <w:color w:val="866A20"/>
                  <w:u w:val="single"/>
                </w:rPr>
                <w:t>Ознакомиться с Уведомлением OLYVENRA о конфиденциальности</w:t>
              </w:r>
            </w:hyperlink>
          </w:p>
        </w:tc>
      </w:tr>
    </w:tbl>
    <w:tbl>
      <w:tblPr>
        <w:tblW w:type="dxa" w:w="10106"/>
        <w:jc w:val="center"/>
        <w:tblLayout w:type="fixed"/>
        <w:tblLook w:firstColumn="1" w:firstRow="1" w:lastColumn="0" w:lastRow="0" w:noHBand="0" w:noVBand="1" w:val="04A0"/>
        <w:tblInd w:w="120" w:type="dxa"/>
        <w:tblCaption w:val="Границы контролируемого снабжения и защищённой информации"/>
        <w:tblDescription w:val="Эта форма не является предложением, одобрением продукта, лицензией, разрешением на конечное использование, юридической консультацией или обязательством совершить сделку. Контролируемые товары перемещаются только через ко"/>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ru-RU" w:eastAsia="ru-RU" w:bidi="ru-RU"/>
              </w:rPr>
              <w:t>Границы контролируемого снабжения и защищённой информации</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ru-RU" w:eastAsia="ru-RU" w:bidi="ru-RU"/>
              </w:rPr>
              <w:t>Эта форма не является предложением, одобрением продукта, лицензией, разрешением на конечное использование, юридической консультацией или обязательством совершить сделку. Контролируемые товары перемещаются только через компетентные органы и законными лицензированными маршрутами. В состав общественной аптечки не входят лекарства; любой запрос на лекарство должен использовать отдельный лицензированный канал, если это разрешено законом.</w:t>
            </w:r>
          </w:p>
        </w:tc>
      </w:tr>
    </w:tbl>
    <w:p>
      <w:pPr>
        <w:pStyle w:val="Heading1"/>
        <w:keepNext/>
        <w:spacing w:before="160" w:after="80" w:line="240" w:lineRule="auto"/>
        <w:jc w:val="left"/>
      </w:pPr>
      <w:r>
        <w:rPr>
          <w:rFonts w:ascii="Arial" w:hAnsi="Arial" w:eastAsia="Arial" w:cs="Arial"/>
          <w:b/>
          <w:color w:val="866A20"/>
          <w:sz w:val="25"/>
          <w:lang w:val="ru-RU" w:eastAsia="ru-RU" w:bidi="ru-RU"/>
        </w:rPr>
        <w:t>Юридическая личность, право собственности и уполномоченная роль</w:t>
      </w:r>
    </w:p>
    <w:tbl>
      <w:tblPr>
        <w:tblW w:type="dxa" w:w="10106"/>
        <w:jc w:val="center"/>
        <w:tblLayout w:type="fixed"/>
        <w:tblLook w:firstColumn="1" w:firstRow="1" w:lastColumn="0" w:lastRow="0" w:noHBand="0" w:noVBand="1" w:val="04A0"/>
        <w:tblInd w:w="120" w:type="dxa"/>
        <w:tblCaption w:val="Юридическая личность, право собственности и уполномоченная роль"/>
        <w:tblDescription w:val="Юридическая личность, право собственности и уполномоченная роль: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Полное юридическое наименование и торговое наименование</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лное юридическое наименование и торговое наименование"/>
                <w:tag w:val="olydefence.v3.supplier-registration.ru.company.legal_name"/>
                <w:id w:val="1873956253"/>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Регистрационный номер, страна и адрес регистрации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Регистрационный номер, страна и адрес регистрации"/>
                <w:tag w:val="olydefence.v3.supplier-registration.ru.company.registration"/>
                <w:id w:val="1763554917"/>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Корпоративный веб-сайт и проверяемый общедоступный профиль</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рпоративный веб-сайт и проверяемый общедоступный профиль"/>
                <w:tag w:val="olydefence.v3.supplier-registration.ru.company.website"/>
                <w:id w:val="1535789960"/>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Уполномоченное контактное лицо: имя, должность, отдел, адрес электронной почты и телефон.</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Уполномоченное контактное лицо: имя, должность, отдел, адрес электронной почты и телефон."/>
                <w:tag w:val="olydefence.v3.supplier-registration.ru.company.contact"/>
                <w:id w:val="1034218856"/>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Конечные бенефициарные владельцы, процент владения и государственная собственность/контроль</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нечные бенефициарные владельцы, процент владения и государственная собственность/контроль"/>
                <w:tag w:val="olydefence.v3.supplier-registration.ru.company.ownership"/>
                <w:id w:val="798366067"/>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Директора, должностные лица и уполномоченные лица с правом подписи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иректора, должностные лица и уполномоченные лица с правом подписи"/>
                <w:tag w:val="olydefence.v3.supplier-registration.ru.company.directors"/>
                <w:id w:val="945853075"/>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Зарегистрированные, производственные, складские и сервисные площадки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регистрированные, производственные, складские и сервисные площадки"/>
                <w:tag w:val="olydefence.v3.supplier-registration.ru.company.sites"/>
                <w:id w:val="229120221"/>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p>
      <w:pPr>
        <w:pStyle w:val="Heading1"/>
        <w:keepNext/>
        <w:spacing w:before="160" w:after="80" w:line="240" w:lineRule="auto"/>
        <w:jc w:val="left"/>
      </w:pPr>
      <w:r>
        <w:rPr>
          <w:rFonts w:ascii="Arial" w:hAnsi="Arial" w:eastAsia="Arial" w:cs="Arial"/>
          <w:b/>
          <w:color w:val="866A20"/>
          <w:sz w:val="25"/>
          <w:lang w:val="ru-RU" w:eastAsia="ru-RU" w:bidi="ru-RU"/>
        </w:rPr>
        <w:t>Объем продукции, происхождение и полномочия на контролируемые товары</w:t>
      </w:r>
    </w:p>
    <w:tbl>
      <w:tblPr>
        <w:tblW w:type="dxa" w:w="10106"/>
        <w:jc w:val="center"/>
        <w:tblLayout w:type="fixed"/>
        <w:tblLook w:firstColumn="1" w:firstRow="1" w:lastColumn="0" w:lastRow="0" w:noHBand="0" w:noVBand="1" w:val="04A0"/>
        <w:tblInd w:w="120" w:type="dxa"/>
        <w:tblCaption w:val="Объем продукции, происхождение и полномочия на контролируемые товары"/>
        <w:tblDescription w:val="Объем продукции, происхождение и полномочия на контролируемые товары: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Производитель, авторизованный поставщик, интегратор, специалист по техническому обслуживанию или сервисному обслуживанию</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оизводитель, авторизованный поставщик, интегратор, специалист по техническому обслуживанию или сервисному обслуживанию"/>
                <w:tag w:val="olydefence.v3.supplier-registration.ru.scope.supplier_role"/>
                <w:id w:val="1035938717"/>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Текущие лицензии, регистрации, назначения OEM и утвержденные территории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Текущие лицензии, регистрации, назначения OEM и утвержденные территории"/>
                <w:tag w:val="olydefence.v3.supplier-registration.ru.scope.authorisations"/>
                <w:id w:val="1546581432"/>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Предлагаемые контролируемые и неконтролируемые семейства продуктов/услуг</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едлагаемые контролируемые и неконтролируемые семейства продуктов/услуг"/>
                <w:tag w:val="olydefence.v3.supplier-registration.ru.scope.product_scope"/>
                <w:id w:val="3773208"/>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NCAGE/CAGE, NSN или возможность кодификации, если это предусмотрено контрактом</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CAGE/CAGE, NSN или возможность кодификации, если это предусмотрено контрактом"/>
                <w:tag w:val="olydefence.v3.supplier-registration.ru.scope.ncage_nsn"/>
                <w:id w:val="1414506653"/>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Легальный производитель, производственная площадка и авторизованный маршрут поставок.</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Легальный производитель, производственная площадка и авторизованный маршрут поставок."/>
                <w:tag w:val="olydefence.v3.supplier-registration.ru.scope.manufacturer"/>
                <w:id w:val="974517051"/>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Критически важные субподрядчики, поставщики услуг и контроль потока вниз</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ритически важные субподрядчики, поставщики услуг и контроль потока вниз"/>
                <w:tag w:val="olydefence.v3.supplier-registration.ru.scope.subcontractors"/>
                <w:id w:val="1254303815"/>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p>
      <w:pPr>
        <w:pStyle w:val="Heading1"/>
        <w:keepNext/>
        <w:spacing w:before="160" w:after="80" w:line="240" w:lineRule="auto"/>
        <w:jc w:val="left"/>
      </w:pPr>
      <w:r>
        <w:rPr>
          <w:rFonts w:ascii="Arial" w:hAnsi="Arial" w:eastAsia="Arial" w:cs="Arial"/>
          <w:b/>
          <w:color w:val="866A20"/>
          <w:sz w:val="25"/>
          <w:lang w:val="ru-RU" w:eastAsia="ru-RU" w:bidi="ru-RU"/>
        </w:rPr>
        <w:t>Контроль качества, доказательств и конфигурации</w:t>
      </w:r>
    </w:p>
    <w:tbl>
      <w:tblPr>
        <w:tblW w:type="dxa" w:w="10106"/>
        <w:jc w:val="center"/>
        <w:tblLayout w:type="fixed"/>
        <w:tblLook w:firstColumn="1" w:firstRow="1" w:lastColumn="0" w:lastRow="0" w:noHBand="0" w:noVBand="1" w:val="04A0"/>
        <w:tblInd w:w="120" w:type="dxa"/>
        <w:tblCaption w:val="Контроль качества, доказательств и конфигурации"/>
        <w:tblDescription w:val="Контроль качества, доказательств и конфигурации: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Область применения системы менеджмента качества, сертификаты и органы, выдающие их.</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бласть применения системы менеджмента качества, сертификаты и органы, выдающие их."/>
                <w:tag w:val="olydefence.v3.supplier-registration.ru.quality.qms"/>
                <w:id w:val="1461215711"/>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AQAP или требования к качеству, специфичные для клиента, если это предусмотрено контрактом</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QAP или требования к качеству, специфичные для клиента, если это предусмотрено контрактом"/>
                <w:tag w:val="olydefence.v3.supplier-registration.ru.quality.aqap"/>
                <w:id w:val="1582780641"/>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Испытательные лаборатории, область аккредитации и контроль текущих отчетов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Испытательные лаборатории, область аккредитации и контроль текущих отчетов"/>
                <w:tag w:val="olydefence.v3.supplier-registration.ru.quality.test_labs"/>
                <w:id w:val="1733400448"/>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Базовая конфигурация конфигурации, управление чертежами/спецификациями и уведомление об изменениях</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Базовая конфигурация конфигурации, управление чертежами/спецификациями и уведомление об изменениях"/>
                <w:tag w:val="olydefence.v3.supplier-registration.ru.quality.configuration"/>
                <w:id w:val="1320321265"/>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Происхождение, предотвращение подделок, контроль авторизованных каналов и подозрительных товаров.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оисхождение, предотвращение подделок, контроль авторизованных каналов и подозрительных товаров."/>
                <w:tag w:val="olydefence.v3.supplier-registration.ru.quality.counterfeit"/>
                <w:id w:val="315132858"/>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Полномочия по входному, текущему, окончательному контролю и выпуску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лномочия по входному, текущему, окончательному контролю и выпуску"/>
                <w:tag w:val="olydefence.v3.supplier-registration.ru.quality.inspection"/>
                <w:id w:val="1048674922"/>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Несоответствие, уступки/отклонения и процесс корректирующих действий</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Несоответствие, уступки/отклонения и процесс корректирующих действий"/>
                <w:tag w:val="olydefence.v3.supplier-registration.ru.quality.nonconformance"/>
                <w:id w:val="2072207040"/>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p>
      <w:pPr>
        <w:pStyle w:val="Heading1"/>
        <w:keepNext/>
        <w:spacing w:before="160" w:after="80" w:line="240" w:lineRule="auto"/>
        <w:jc w:val="left"/>
      </w:pPr>
      <w:r>
        <w:rPr>
          <w:rFonts w:ascii="Arial" w:hAnsi="Arial" w:eastAsia="Arial" w:cs="Arial"/>
          <w:b/>
          <w:color w:val="866A20"/>
          <w:sz w:val="25"/>
          <w:lang w:val="ru-RU" w:eastAsia="ru-RU" w:bidi="ru-RU"/>
        </w:rPr>
        <w:t>Отслеживание, несоответствие и поддержка жизненного цикла</w:t>
      </w:r>
    </w:p>
    <w:tbl>
      <w:tblPr>
        <w:tblW w:type="dxa" w:w="10106"/>
        <w:jc w:val="center"/>
        <w:tblLayout w:type="fixed"/>
        <w:tblLook w:firstColumn="1" w:firstRow="1" w:lastColumn="0" w:lastRow="0" w:noHBand="0" w:noVBand="1" w:val="04A0"/>
        <w:tblInd w:w="120" w:type="dxa"/>
        <w:tblCaption w:val="Отслеживание, несоответствие и поддержка жизненного цикла"/>
        <w:tblDescription w:val="Отслеживание, несоответствие и поддержка жизненного цикла: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Модель идентификации и отслеживания серийного номера, партии или партии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Модель идентификации и отслеживания серийного номера, партии или партии"/>
                <w:tag w:val="olydefence.v3.supplier-registration.ru.traceability.serial_lot"/>
                <w:id w:val="765009698"/>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Записи серий/партий, период хранения и доступ к отслеживанию клиентов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писи серий/партий, период хранения и доступ к отслеживанию клиентов"/>
                <w:tag w:val="olydefence.v3.supplier-registration.ru.traceability.records"/>
                <w:id w:val="487483453"/>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Жалобы, инциденты, действия на месте, отзыв и процесс уведомления клиентов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Жалобы, инциденты, действия на месте, отзыв и процесс уведомления клиентов"/>
                <w:tag w:val="olydefence.v3.supplier-registration.ru.traceability.complaints"/>
                <w:id w:val="2013039591"/>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Контроль годности/срока службы, хранения, проверки и оборота запасов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нтроль годности/срока службы, хранения, проверки и оборота запасов"/>
                <w:tag w:val="olydefence.v3.supplier-registration.ru.traceability.shelf_life"/>
                <w:id w:val="1446499005"/>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Вид транспорта, ответственность за опасные грузы, разрешения и план безопасности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ид транспорта, ответственность за опасные грузы, разрешения и план безопасности"/>
                <w:tag w:val="olydefence.v3.supplier-registration.ru.traceability.transport"/>
                <w:id w:val="687675291"/>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Среда хранения, контроль доступа, инвентаризация и мониторинг состояния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реда хранения, контроль доступа, инвентаризация и мониторинг состояния"/>
                <w:tag w:val="olydefence.v3.supplier-registration.ru.traceability.storage"/>
                <w:id w:val="1745441376"/>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Авторизованная аудитория обучения, объем и свидетельства компетентности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Авторизованная аудитория обучения, объем и свидетельства компетентности"/>
                <w:tag w:val="olydefence.v3.supplier-registration.ru.traceability.training"/>
                <w:id w:val="1529106090"/>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Записи о полномочиях по техническому обслуживанию, проверке, калибровке, инструментам и возврату в эксплуатацию.</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писи о полномочиях по техническому обслуживанию, проверке, калибровке, инструментам и возврату в эксплуатацию."/>
                <w:tag w:val="olydefence.v3.supplier-registration.ru.traceability.maintenance"/>
                <w:id w:val="2039283085"/>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Запасные части, ремонт, калибровка, технические публикации и возможность устаревания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пасные части, ремонт, калибровка, технические публикации и возможность устаревания"/>
                <w:tag w:val="olydefence.v3.supplier-registration.ru.traceability.lifecycle"/>
                <w:id w:val="864371780"/>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Продукт, профессиональные и другие соответствующие страховые доказательства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одукт, профессиональные и другие соответствующие страховые доказательства"/>
                <w:tag w:val="olydefence.v3.supplier-registration.ru.traceability.insurance"/>
                <w:id w:val="1382988168"/>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p>
      <w:pPr>
        <w:pStyle w:val="Heading1"/>
        <w:keepNext/>
        <w:spacing w:before="160" w:after="80" w:line="240" w:lineRule="auto"/>
        <w:jc w:val="left"/>
      </w:pPr>
      <w:r>
        <w:rPr>
          <w:rFonts w:ascii="Arial" w:hAnsi="Arial" w:eastAsia="Arial" w:cs="Arial"/>
          <w:b/>
          <w:color w:val="866A20"/>
          <w:sz w:val="25"/>
          <w:lang w:val="ru-RU" w:eastAsia="ru-RU" w:bidi="ru-RU"/>
        </w:rPr>
        <w:t>Добросовестность, санкции, права человека и информационная безопасность</w:t>
      </w:r>
    </w:p>
    <w:tbl>
      <w:tblPr>
        <w:tblW w:type="dxa" w:w="10106"/>
        <w:jc w:val="center"/>
        <w:tblLayout w:type="fixed"/>
        <w:tblLook w:firstColumn="1" w:firstRow="1" w:lastColumn="0" w:lastRow="0" w:noHBand="0" w:noVBand="1" w:val="04A0"/>
        <w:tblInd w:w="120" w:type="dxa"/>
        <w:tblCaption w:val="Добросовестность, санкции, права человека и информационная безопасность"/>
        <w:tblDescription w:val="Добросовестность, санкции, права человека и информационная безопасность: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Применимые санкции, эмбарго и статус проверки ограниченной стороной</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именимые санкции, эмбарго и статус проверки ограниченной стороной"/>
                <w:tag w:val="olydefence.v3.supplier-registration.ru.integrity.sanctions"/>
                <w:id w:val="1475537232"/>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Борьба со взяточничеством, подарками, выплатами за упрощение формальностей и контролем со стороны третьих сторон</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Борьба со взяточничеством, подарками, выплатами за упрощение формальностей и контролем со стороны третьих сторон"/>
                <w:tag w:val="olydefence.v3.supplier-registration.ru.integrity.anti_bribery"/>
                <w:id w:val="1654654034"/>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Агенты, брокеры, комиссии, гонорары за успех и получатели платежей</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Агенты, брокеры, комиссии, гонорары за успех и получатели платежей"/>
                <w:tag w:val="olydefence.v3.supplier-registration.ru.integrity.fees"/>
                <w:id w:val="2019625314"/>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Санкции, отстранение, нарушения экспортного контроля, расследования или история правоприменения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анкции, отстранение, нарушения экспортного контроля, расследования или история правоприменения"/>
                <w:tag w:val="olydefence.v3.supplier-registration.ru.integrity.sanctions_history"/>
                <w:id w:val="823709907"/>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Фактические или потенциальные конфликты интересов и отношения с правительством</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Фактические или потенциальные конфликты интересов и отношения с правительством"/>
                <w:tag w:val="olydefence.v3.supplier-registration.ru.integrity.conflicts"/>
                <w:id w:val="1627378059"/>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Политика должной осмотрительности в области прав человека/МГП и процесс эскалации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литика должной осмотрительности в области прав человека/МГП и процесс эскалации"/>
                <w:tag w:val="olydefence.v3.supplier-registration.ru.integrity.ihl_policy"/>
                <w:id w:val="2057640648"/>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Принудительный труд, детский труд, современное рабство и ответственный контроль за добычей полезных ископаемых</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инудительный труд, детский труд, современное рабство и ответственный контроль за добычей полезных ископаемых"/>
                <w:tag w:val="olydefence.v3.supplier-registration.ru.integrity.labour"/>
                <w:id w:val="854897039"/>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Структура информационной безопасности, инциденты и защита контролируемых технических данных</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труктура информационной безопасности, инциденты и защита контролируемых технических данных"/>
                <w:tag w:val="olydefence.v3.supplier-registration.ru.integrity.cyber"/>
                <w:id w:val="867969990"/>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Финансовое положение, несостоятельность и непрерывность деятельности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Финансовое положение, несостоятельность и непрерывность деятельности"/>
                <w:tag w:val="olydefence.v3.supplier-registration.ru.integrity.financial"/>
                <w:id w:val="343357830"/>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p>
      <w:pPr>
        <w:pStyle w:val="Heading1"/>
        <w:keepNext/>
        <w:spacing w:before="160" w:after="80" w:line="240" w:lineRule="auto"/>
        <w:jc w:val="left"/>
      </w:pPr>
      <w:r>
        <w:rPr>
          <w:rFonts w:ascii="Arial" w:hAnsi="Arial" w:eastAsia="Arial" w:cs="Arial"/>
          <w:b/>
          <w:color w:val="866A20"/>
          <w:sz w:val="25"/>
          <w:lang w:val="ru-RU" w:eastAsia="ru-RU" w:bidi="ru-RU"/>
        </w:rPr>
        <w:t>Контрольный список подтверждающих доказательств</w:t>
      </w:r>
    </w:p>
    <w:tbl>
      <w:tblPr>
        <w:tblW w:type="dxa" w:w="10106"/>
        <w:jc w:val="center"/>
        <w:tblLayout w:type="fixed"/>
        <w:tblLook w:firstColumn="1" w:firstRow="1" w:lastColumn="0" w:lastRow="0" w:noHBand="0" w:noVBand="1" w:val="04A0"/>
        <w:tblInd w:w="120" w:type="dxa"/>
        <w:tblCaption w:val="Контрольный список подтверждающих доказательств"/>
        <w:tblDescription w:val="Контрольный список подтверждающих доказательств: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Выписка о регистрации, налоговая регистрация и подтверждение адреса регистрации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ыписка о регистрации, налоговая регистрация и подтверждение адреса регистрации"/>
                <w:tag w:val="olydefence.v3.supplier-registration.ru.evidence.registration_evidence"/>
                <w:id w:val="679557431"/>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Схема собственности и удостоверение личности бенефициарного владельца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хема собственности и удостоверение личности бенефициарного владельца"/>
                <w:tag w:val="olydefence.v3.supplier-registration.ru.evidence.ownership_evidence"/>
                <w:id w:val="829327561"/>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Действующие лицензии, регистрации, разрешения и письма о назначении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ействующие лицензии, регистрации, разрешения и письма о назначении"/>
                <w:tag w:val="olydefence.v3.supplier-registration.ru.evidence.licence_evidence"/>
                <w:id w:val="354322008"/>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Сертификаты, заключение аудита, аккредитация и свидетельства испытаний продукции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ертификаты, заключение аудита, аккредитация и свидетельства испытаний продукции"/>
                <w:tag w:val="olydefence.v3.supplier-registration.ru.evidence.quality_evidence"/>
                <w:id w:val="1668253186"/>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Образец генеалогии серийного номера/партии, сертификата и записи о выпуске</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бразец генеалогии серийного номера/партии, сертификата и записи о выпуске"/>
                <w:tag w:val="olydefence.v3.supplier-registration.ru.evidence.trace_evidence"/>
                <w:id w:val="1927587926"/>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Борьба со взяточничеством, санкции, права человека/МГП, политика в области цепочек поставок и информационной безопасности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Борьба со взяточничеством, санкции, права человека/МГП, политика в области цепочек поставок и информационной безопасности"/>
                <w:tag w:val="olydefence.v3.supplier-registration.ru.evidence.policy_evidence"/>
                <w:id w:val="1318931574"/>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Два соответствующих институциональных клиента или рекомендации специалиста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ва соответствующих институциональных клиента или рекомендации специалиста"/>
                <w:tag w:val="olydefence.v3.supplier-registration.ru.evidence.references"/>
                <w:id w:val="544608192"/>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p>
      <w:pPr>
        <w:pStyle w:val="Heading1"/>
        <w:keepNext/>
        <w:spacing w:before="160" w:after="80" w:line="240" w:lineRule="auto"/>
        <w:jc w:val="left"/>
      </w:pPr>
      <w:r>
        <w:rPr>
          <w:rFonts w:ascii="Arial" w:hAnsi="Arial" w:eastAsia="Arial" w:cs="Arial"/>
          <w:b/>
          <w:color w:val="866A20"/>
          <w:sz w:val="25"/>
          <w:lang w:val="ru-RU" w:eastAsia="ru-RU" w:bidi="ru-RU"/>
        </w:rPr>
        <w:t>Декларация и санкционированное подписание</w:t>
      </w:r>
    </w:p>
    <w:tbl>
      <w:tblPr>
        <w:tblW w:type="dxa" w:w="10106"/>
        <w:jc w:val="center"/>
        <w:tblLayout w:type="fixed"/>
        <w:tblLook w:firstColumn="1" w:firstRow="1" w:lastColumn="0" w:lastRow="0" w:noHBand="0" w:noVBand="1" w:val="04A0"/>
        <w:tblInd w:w="120" w:type="dxa"/>
        <w:tblCaption w:val="Декларация и санкционированное подписание"/>
        <w:tblDescription w:val="Я подтверждаю, что предоставленная информация является полной и точной, насколько мне известно, что я уполномочен ее предоставлять и что организация незамедлительно сообщит о существенных изменениях. Я понимаю, что подач"/>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ru-RU" w:eastAsia="ru-RU" w:bidi="ru-RU"/>
              </w:rPr>
              <w:t>Декларация и санкционированное подписание</w:t>
            </w:r>
          </w:p>
        </w:tc>
      </w:tr>
      <w:tr>
        <w:trPr>
          <w:trHeight w:hRule="atLeast"/>
          <w:cantSplit/>
        </w:trPr>
        <w:tc>
          <w:tcPr>
            <w:tcW w:type="dxa" w:w="10106"/>
            <w:tcMar>
              <w:top w:w="90" w:type="dxa"/>
              <w:start w:w="120" w:type="dxa"/>
              <w:bottom w:w="90" w:type="dxa"/>
              <w:end w:w="120" w:type="dxa"/>
            </w:tcMar>
            <w:vAlign w:val="center"/>
            <w:shd w:fill="F7F0DC" w:val="clear"/>
          </w:tcPr>
          <w:p>
            <w:pPr>
              <w:keepNext/>
              <w:spacing w:before="0" w:after="0" w:line="252" w:lineRule="auto"/>
              <w:jc w:val="left"/>
            </w:pPr>
            <w:r/>
            <w:r>
              <w:rPr>
                <w:rFonts w:ascii="Arial" w:hAnsi="Arial" w:eastAsia="Arial" w:cs="Arial"/>
                <w:color w:val="102334"/>
                <w:sz w:val="17"/>
                <w:lang w:val="ru-RU" w:eastAsia="ru-RU" w:bidi="ru-RU"/>
              </w:rPr>
              <w:t>Я подтверждаю, что предоставленная информация является полной и точной, насколько мне известно, что я уполномочен ее предоставлять и что организация незамедлительно сообщит о существенных изменениях. Я понимаю, что подача не означает одобрения, назначения, конфиденциальности, доступности, эксклюзивности, права на получение лицензии или обязательства совершать сделку.</w:t>
            </w:r>
          </w:p>
        </w:tc>
      </w:tr>
    </w:tbl>
    <w:tbl>
      <w:tblPr>
        <w:tblW w:type="dxa" w:w="10106"/>
        <w:jc w:val="center"/>
        <w:tblLayout w:type="fixed"/>
        <w:tblLook w:firstColumn="1" w:firstRow="1" w:lastColumn="0" w:lastRow="0" w:noHBand="0" w:noVBand="1" w:val="04A0"/>
        <w:tblInd w:w="120" w:type="dxa"/>
        <w:tblCaption w:val="Декларация и санкционированное подписание"/>
        <w:tblDescription w:val="Декларация и санкционированное подписание: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Уполномоченный декларант: полное имя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Уполномоченный декларант: полное имя"/>
                <w:tag w:val="olydefence.v3.supplier-registration.ru.declaration.declaration_name"/>
                <w:id w:val="208401234"/>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Должность и организация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олжность и организация"/>
                <w:tag w:val="olydefence.v3.supplier-registration.ru.declaration.declaration_title"/>
                <w:id w:val="243189547"/>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Основания для подачи этой формы</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снования для подачи этой формы"/>
                <w:tag w:val="olydefence.v3.supplier-registration.ru.declaration.declaration_basis"/>
                <w:id w:val="2141268"/>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Подпись</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дпись"/>
                <w:tag w:val="olydefence.v3.supplier-registration.ru.declaration.signature"/>
                <w:id w:val="1231641946"/>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Дата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ата"/>
                <w:tag w:val="olydefence.v3.supplier-registration.ru.declaration.date"/>
                <w:id w:val="2112629868"/>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ru-RU" w:eastAsia="ru-RU" w:bidi="ru-RU"/>
            </w:rPr>
            <w:t>OLYD-FRM-DSR-001 · V3.0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ru-RU" w:eastAsia="ru-RU" w:bidi="ru-RU"/>
            </w:rPr>
            <w:t>Контролируемая деловая форма при электронном просмотре</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ru-RU" w:eastAsia="ru-RU" w:bidi="ru-RU"/>
            </w:rPr>
            <w:t xml:space="preserve">Страница </w:t>
          </w:r>
          <w:r>
            <w:rPr>
              <w:rFonts w:ascii="Arial" w:hAnsi="Arial" w:eastAsia="Arial" w:cs="Arial"/>
              <w:color w:val="526577"/>
              <w:sz w:val="16"/>
              <w:lang w:val="ru-RU" w:eastAsia="ru-RU" w:bidi="ru-RU"/>
            </w:rPr>
            <w:fldChar w:fldCharType="begin"/>
          </w:r>
          <w:r>
            <w:rPr>
              <w:rFonts w:ascii="Arial" w:hAnsi="Arial" w:eastAsia="Arial" w:cs="Arial"/>
              <w:color w:val="526577"/>
              <w:sz w:val="16"/>
              <w:lang w:val="ru-RU" w:eastAsia="ru-RU" w:bidi="ru-RU"/>
            </w:rPr>
            <w:instrText xml:space="preserve">PAGE</w:instrText>
          </w:r>
          <w:r>
            <w:rPr>
              <w:rFonts w:ascii="Arial" w:hAnsi="Arial" w:eastAsia="Arial" w:cs="Arial"/>
              <w:color w:val="526577"/>
              <w:sz w:val="16"/>
              <w:lang w:val="ru-RU" w:eastAsia="ru-RU" w:bidi="ru-RU"/>
            </w:rPr>
            <w:fldChar w:fldCharType="separate"/>
          </w:r>
          <w:r>
            <w:rPr>
              <w:rFonts w:ascii="Arial" w:hAnsi="Arial" w:eastAsia="Arial" w:cs="Arial"/>
              <w:color w:val="526577"/>
              <w:sz w:val="16"/>
              <w:lang w:val="ru-RU" w:eastAsia="ru-RU" w:bidi="ru-RU"/>
            </w:rPr>
            <w:instrText xml:space="preserve">1</w:instrText>
          </w:r>
          <w:r>
            <w:rPr>
              <w:rFonts w:ascii="Arial" w:hAnsi="Arial" w:eastAsia="Arial" w:cs="Arial"/>
              <w:color w:val="526577"/>
              <w:sz w:val="16"/>
              <w:lang w:val="ru-RU" w:eastAsia="ru-RU" w:bidi="ru-RU"/>
            </w:rPr>
            <w:fldChar w:fldCharType="end"/>
          </w:r>
          <w:r>
            <w:rPr>
              <w:rFonts w:ascii="Arial" w:hAnsi="Arial" w:eastAsia="Arial" w:cs="Arial"/>
              <w:color w:val="526577"/>
              <w:sz w:val="15"/>
              <w:lang w:val="ru-RU" w:eastAsia="ru-RU" w:bidi="ru-RU"/>
            </w:rPr>
            <w:t xml:space="preserve"> / </w:t>
          </w:r>
          <w:r>
            <w:rPr>
              <w:rFonts w:ascii="Arial" w:hAnsi="Arial" w:eastAsia="Arial" w:cs="Arial"/>
              <w:color w:val="526577"/>
              <w:sz w:val="16"/>
              <w:lang w:val="ru-RU" w:eastAsia="ru-RU" w:bidi="ru-RU"/>
            </w:rPr>
            <w:fldChar w:fldCharType="begin"/>
          </w:r>
          <w:r>
            <w:rPr>
              <w:rFonts w:ascii="Arial" w:hAnsi="Arial" w:eastAsia="Arial" w:cs="Arial"/>
              <w:color w:val="526577"/>
              <w:sz w:val="16"/>
              <w:lang w:val="ru-RU" w:eastAsia="ru-RU" w:bidi="ru-RU"/>
            </w:rPr>
            <w:instrText xml:space="preserve">NUMPAGES</w:instrText>
          </w:r>
          <w:r>
            <w:rPr>
              <w:rFonts w:ascii="Arial" w:hAnsi="Arial" w:eastAsia="Arial" w:cs="Arial"/>
              <w:color w:val="526577"/>
              <w:sz w:val="16"/>
              <w:lang w:val="ru-RU" w:eastAsia="ru-RU" w:bidi="ru-RU"/>
            </w:rPr>
            <w:fldChar w:fldCharType="separate"/>
          </w:r>
          <w:r>
            <w:rPr>
              <w:rFonts w:ascii="Arial" w:hAnsi="Arial" w:eastAsia="Arial" w:cs="Arial"/>
              <w:color w:val="526577"/>
              <w:sz w:val="16"/>
              <w:lang w:val="ru-RU" w:eastAsia="ru-RU" w:bidi="ru-RU"/>
            </w:rPr>
            <w:instrText xml:space="preserve">1</w:instrText>
          </w:r>
          <w:r>
            <w:rPr>
              <w:rFonts w:ascii="Arial" w:hAnsi="Arial" w:eastAsia="Arial" w:cs="Arial"/>
              <w:color w:val="526577"/>
              <w:sz w:val="16"/>
              <w:lang w:val="ru-RU" w:eastAsia="ru-RU" w:bidi="ru-RU"/>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DEFENCE document header"/>
      <w:tblDescription w:val="OLYDEFENCE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DEFENCE wordmark" descr="OLYDEFENCE wordmark"/>
                <wp:cNvGraphicFramePr>
                  <a:graphicFrameLocks noChangeAspect="1"/>
                </wp:cNvGraphicFramePr>
                <a:graphic>
                  <a:graphicData uri="http://schemas.openxmlformats.org/drawingml/2006/picture">
                    <pic:pic>
                      <pic:nvPicPr>
                        <pic:cNvPr id="0" name="olydefence-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ru-RU" w:eastAsia="ru-RU" w:bidi="ru-RU"/>
            </w:rPr>
            <w:t>СНАБЖЕНИЕ ДЛЯ ОБОРОНЫ, БЕЗОПАСНОСТИ И УСТОЙЧИВОСТИ</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ru-RU" w:eastAsia="ru-RU" w:bidi="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866A20"/>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ru&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регистрации поставщика оборонной продукции</dc:title>
  <dc:subject>Риск-ориентированная квалификация производителей, авторизованных поставщиков, интеграторов и сервисных организаций</dc:subject>
  <dc:creator/>
  <cp:keywords>OLYDEFENCE, controlled procurement, responsible transfer, due diligence, document control</cp:keywords>
  <dc:description>Controlled OLYDEFENCE form OLYD-FRM-DSR-001 V3.0.</dc:description>
  <cp:lastModifiedBy/>
  <cp:revision>1</cp:revision>
  <dcterms:created xsi:type="dcterms:W3CDTF">2013-12-23T23:15:00Z</dcterms:created>
  <dcterms:modified xsi:type="dcterms:W3CDTF">2013-12-23T23:15:00Z</dcterms:modified>
  <cp:category/>
</cp:coreProperties>
</file>