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en-GB" w:eastAsia="en-GB" w:bidi="en-GB"/>
        </w:rPr>
        <w:t>Counterparty Due Diligence Questionnaire</w:t>
      </w:r>
    </w:p>
    <w:p>
      <w:pPr>
        <w:pStyle w:val="Subtitle"/>
        <w:spacing w:before="0" w:after="140" w:line="240" w:lineRule="auto"/>
        <w:jc w:val="left"/>
      </w:pPr>
      <w:r>
        <w:rPr>
          <w:rFonts w:ascii="Arial" w:hAnsi="Arial" w:eastAsia="Arial" w:cs="Arial"/>
          <w:color w:val="526577"/>
          <w:sz w:val="19"/>
          <w:lang w:val="en-GB" w:eastAsia="en-GB" w:bidi="en-GB"/>
        </w:rPr>
        <w:t>Identity, integrity, responsible-transfer, supply-chain and information-security review</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code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OLYD-FRM-DDQ-001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Version / effective date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3.0 / 2 August 2026</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Classification</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Controlled business form</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Document owner</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Language</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English</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en-GB" w:eastAsia="en-GB" w:bidi="en-GB"/>
              </w:rPr>
              <w:t>Status</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en-GB" w:eastAsia="en-GB" w:bidi="en-GB"/>
              </w:rPr>
              <w:t>Publication-ready / controlled master</w:t>
            </w:r>
          </w:p>
        </w:tc>
      </w:tr>
    </w:tbl>
    <w:tbl>
      <w:tblPr>
        <w:tblW w:type="dxa" w:w="10106"/>
        <w:jc w:val="center"/>
        <w:tblLayout w:type="fixed"/>
        <w:tblLook w:firstColumn="1" w:firstRow="1" w:lastColumn="0" w:lastRow="0" w:noHBand="0" w:noVBand="1" w:val="04A0"/>
        <w:tblInd w:w="120" w:type="dxa"/>
        <w:tblCaption w:val="Purpose"/>
        <w:tblDescription w:val="Use this questionnaire before OLYDEFENCE enters or renews a material relationship. The review addresses ownership, public-official exposure, sanctions, anti-bribery, licensing, end user/end use, anti-diversion, human rig"/>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en-GB" w:eastAsia="en-GB" w:bidi="en-GB"/>
              </w:rPr>
              <w:t>Purpose</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en-GB" w:eastAsia="en-GB" w:bidi="en-GB"/>
              </w:rPr>
              <w:t>Use this questionnaire before OLYDEFENCE enters or renews a material relationship. The review addresses ownership, public-official exposure, sanctions, anti-bribery, licensing, end user/end use, anti-diversion, human rights/IHL, supply-chain, quality, financial and information-security risks.</w:t>
            </w:r>
          </w:p>
        </w:tc>
      </w:tr>
    </w:tbl>
    <w:tbl>
      <w:tblPr>
        <w:tblW w:type="dxa" w:w="10106"/>
        <w:jc w:val="center"/>
        <w:tblLayout w:type="fixed"/>
        <w:tblLook w:firstColumn="1" w:firstRow="1" w:lastColumn="0" w:lastRow="0" w:noHBand="0" w:noVBand="1" w:val="04A0"/>
        <w:tblInd w:w="120" w:type="dxa"/>
        <w:tblCaption w:val="Completion guidance"/>
        <w:tblDescription w:val="Complete every applicable field. Use generic, non-sensitive descriptions and cite evidence by document title, issuer, number, revision and date. Mark Not applicable with a reason. OLYDEFENCE may request clarification, en"/>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Completion guidance</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Complete every applicable field. Use generic, non-sensitive descriptions and cite evidence by document title, issuer, number, revision and date. Mark Not applicable with a reason. OLYDEFENCE may request clarification, enhanced due diligence or a secure document-room exchange.</w:t>
            </w:r>
          </w:p>
        </w:tc>
      </w:tr>
    </w:tbl>
    <w:tbl>
      <w:tblPr>
        <w:tblW w:type="dxa" w:w="10106"/>
        <w:jc w:val="center"/>
        <w:tblLayout w:type="fixed"/>
        <w:tblLook w:firstColumn="1" w:firstRow="1" w:lastColumn="0" w:lastRow="0" w:noHBand="0" w:noVBand="1" w:val="04A0"/>
        <w:tblInd w:w="120" w:type="dxa"/>
        <w:tblCaption w:val="Privacy and secure document handling"/>
        <w:tblDescription w:val="Do not send classified information, export-controlled technical data, weapon configuration details, personal identity documents, medical records or credentials by ordinary email or this public form. Provide only referenc"/>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en-GB" w:eastAsia="en-GB" w:bidi="en-GB"/>
              </w:rPr>
              <w:t>Privacy and secure document handling</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en-GB" w:eastAsia="en-GB" w:bidi="en-GB"/>
              </w:rPr>
              <w:t>Do not send classified information, export-controlled technical data, weapon configuration details, personal identity documents, medical records or credentials by ordinary email or this public form. Provide only references until an approved secure channel and authorised recipients are confirmed.</w:t>
            </w:r>
          </w:p>
          <w:p>
            <w:pPr>
              <w:spacing w:before="60" w:after="0" w:line="240" w:lineRule="auto"/>
              <w:jc w:val="left"/>
            </w:pPr>
            <w:hyperlink r:id="rId11">
              <w:r>
                <w:rPr>
                  <w:color w:val="866A20"/>
                  <w:u w:val="single"/>
                </w:rPr>
                <w:t>Read the OLYVENRA Privacy Notice</w:t>
              </w:r>
            </w:hyperlink>
          </w:p>
        </w:tc>
      </w:tr>
    </w:tbl>
    <w:tbl>
      <w:tblPr>
        <w:tblW w:type="dxa" w:w="10106"/>
        <w:jc w:val="center"/>
        <w:tblLayout w:type="fixed"/>
        <w:tblLook w:firstColumn="1" w:firstRow="1" w:lastColumn="0" w:lastRow="0" w:noHBand="0" w:noVBand="1" w:val="04A0"/>
        <w:tblInd w:w="120" w:type="dxa"/>
        <w:tblCaption w:val="Controlled-supply and secure-information boundary"/>
        <w:tblDescription w:val="This form is not an offer, product approval, licence, end-use authorisation, legal advice or commitment to transact. Controlled items proceed only through competent authorities and lawful licensed routes. Public first-ai"/>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en-GB" w:eastAsia="en-GB" w:bidi="en-GB"/>
              </w:rPr>
              <w:t>Controlled-supply and secure-information boundary</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en-GB" w:eastAsia="en-GB" w:bidi="en-GB"/>
              </w:rPr>
              <w:t>This form is not an offer, product approval, licence, end-use authorisation, legal advice or commitment to transact. Controlled items proceed only through competent authorities and lawful licensed routes. Public first-aid kit scope excludes medicines; any medicine request must use a separate licensed channel where lawful.</w:t>
            </w:r>
          </w:p>
        </w:tc>
      </w:tr>
    </w:tbl>
    <w:p>
      <w:pPr>
        <w:pStyle w:val="Heading1"/>
        <w:keepNext/>
        <w:spacing w:before="160" w:after="80" w:line="240" w:lineRule="auto"/>
        <w:jc w:val="left"/>
      </w:pPr>
      <w:r>
        <w:rPr>
          <w:rFonts w:ascii="Arial" w:hAnsi="Arial" w:eastAsia="Arial" w:cs="Arial"/>
          <w:b/>
          <w:color w:val="866A20"/>
          <w:sz w:val="25"/>
          <w:lang w:val="en-GB" w:eastAsia="en-GB" w:bidi="en-GB"/>
        </w:rPr>
        <w:t>Legal identity, ownership and authorised role</w:t>
      </w:r>
    </w:p>
    <w:tbl>
      <w:tblPr>
        <w:tblW w:type="dxa" w:w="10106"/>
        <w:jc w:val="center"/>
        <w:tblLayout w:type="fixed"/>
        <w:tblLook w:firstColumn="1" w:firstRow="1" w:lastColumn="0" w:lastRow="0" w:noHBand="0" w:noVBand="1" w:val="04A0"/>
        <w:tblInd w:w="120" w:type="dxa"/>
        <w:tblCaption w:val="Legal identity, ownership and authorised role"/>
        <w:tblDescription w:val="Legal identity, ownership and authorised role: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Full legal name and trading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ull legal name and trading name"/>
                <w:tag w:val="olydefence.v3.due-diligence-questionnaire.en.company.legal_name"/>
                <w:id w:val="168410985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number, country and registered address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number, country and registered address"/>
                <w:tag w:val="olydefence.v3.due-diligence-questionnaire.en.company.registration"/>
                <w:id w:val="100100827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Corporate website and verifiable public profile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rporate website and verifiable public profile"/>
                <w:tag w:val="olydefence.v3.due-diligence-questionnaire.en.company.website"/>
                <w:id w:val="58871171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contact: name, title, department, email and telephone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contact: name, title, department, email and telephone"/>
                <w:tag w:val="olydefence.v3.due-diligence-questionnaire.en.company.contact"/>
                <w:id w:val="102494853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Organisation type and role in the proposed transaction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rganisation type and role in the proposed transaction"/>
                <w:tag w:val="olydefence.v3.due-diligence-questionnaire.en.company.organisation_type"/>
                <w:id w:val="207000857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Controlled and non-controlled product/service families offered</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trolled and non-controlled product/service families offered"/>
                <w:tag w:val="olydefence.v3.due-diligence-questionnaire.en.company.product_scope"/>
                <w:id w:val="641003019"/>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Ownership, management and financial standing</w:t>
      </w:r>
    </w:p>
    <w:tbl>
      <w:tblPr>
        <w:tblW w:type="dxa" w:w="10106"/>
        <w:jc w:val="center"/>
        <w:tblLayout w:type="fixed"/>
        <w:tblLook w:firstColumn="1" w:firstRow="1" w:lastColumn="0" w:lastRow="0" w:noHBand="0" w:noVBand="1" w:val="04A0"/>
        <w:tblInd w:w="120" w:type="dxa"/>
        <w:tblCaption w:val="Ownership, management and financial standing"/>
        <w:tblDescription w:val="Ownership, management and financial standing: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Ultimate beneficial owners, ownership percentages and government ownership/control</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Ultimate beneficial owners, ownership percentages and government ownership/control"/>
                <w:tag w:val="olydefence.v3.due-diligence-questionnaire.en.ownership.ownership"/>
                <w:id w:val="53070266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Directors, officers and authorised signatories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irectors, officers and authorised signatories"/>
                <w:tag w:val="olydefence.v3.due-diligence-questionnaire.en.ownership.directors"/>
                <w:id w:val="15735770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Politically exposed persons, public officials and government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litically exposed persons, public officials and government relationships"/>
                <w:tag w:val="olydefence.v3.due-diligence-questionnaire.en.ownership.pep"/>
                <w:id w:val="122822902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Actual or potential conflicts of interest and government relationships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ctual or potential conflicts of interest and government relationships"/>
                <w:tag w:val="olydefence.v3.due-diligence-questionnaire.en.ownership.conflicts"/>
                <w:id w:val="89952315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Financial standing, insolvency and going-concern matters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ncial standing, insolvency and going-concern matters"/>
                <w:tag w:val="olydefence.v3.due-diligence-questionnaire.en.ownership.financial"/>
                <w:id w:val="19374330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Adverse media, litigation, investigations, debarment and regulatory action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dverse media, litigation, investigations, debarment and regulatory action"/>
                <w:tag w:val="olydefence.v3.due-diligence-questionnaire.en.ownership.adverse_media"/>
                <w:id w:val="1292575596"/>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Integrity, sanctions, human rights and information security</w:t>
      </w:r>
    </w:p>
    <w:tbl>
      <w:tblPr>
        <w:tblW w:type="dxa" w:w="10106"/>
        <w:jc w:val="center"/>
        <w:tblLayout w:type="fixed"/>
        <w:tblLook w:firstColumn="1" w:firstRow="1" w:lastColumn="0" w:lastRow="0" w:noHBand="0" w:noVBand="1" w:val="04A0"/>
        <w:tblInd w:w="120" w:type="dxa"/>
        <w:tblCaption w:val="Integrity, sanctions, human rights and information security"/>
        <w:tblDescription w:val="Integrity, sanctions, human rights and information security: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Applicable sanctions, embargo and restricted-party review status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pplicable sanctions, embargo and restricted-party review status"/>
                <w:tag w:val="olydefence.v3.due-diligence-questionnaire.en.integrity.sanctions"/>
                <w:id w:val="199307681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Sanctions, debarment, export-control breaches, investigations or enforcement history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anctions, debarment, export-control breaches, investigations or enforcement history"/>
                <w:tag w:val="olydefence.v3.due-diligence-questionnaire.en.integrity.sanctions_history"/>
                <w:id w:val="31229780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Anti-bribery, gifts, facilitation-payment and third-party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bribery, gifts, facilitation-payment and third-party controls"/>
                <w:tag w:val="olydefence.v3.due-diligence-questionnaire.en.integrity.anti_bribery"/>
                <w:id w:val="56327315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Agents, brokers, commissions, success fees and payment recipients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gents, brokers, commissions, success fees and payment recipients"/>
                <w:tag w:val="olydefence.v3.due-diligence-questionnaire.en.integrity.fees"/>
                <w:id w:val="84450182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Banking country, account-name match, currencies and third-party payment restrictions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nking country, account-name match, currencies and third-party payment restrictions"/>
                <w:tag w:val="olydefence.v3.due-diligence-questionnaire.en.integrity.payments"/>
                <w:id w:val="132336001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Forced labour, child labour, modern slavery and responsible-minerals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orced labour, child labour, modern slavery and responsible-minerals controls"/>
                <w:tag w:val="olydefence.v3.due-diligence-questionnaire.en.integrity.labour"/>
                <w:id w:val="2130124939"/>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End-use, anti-diversion and responsible-transfer controls</w:t>
      </w:r>
    </w:p>
    <w:tbl>
      <w:tblPr>
        <w:tblW w:type="dxa" w:w="10106"/>
        <w:jc w:val="center"/>
        <w:tblLayout w:type="fixed"/>
        <w:tblLook w:firstColumn="1" w:firstRow="1" w:lastColumn="0" w:lastRow="0" w:noHBand="0" w:noVBand="1" w:val="04A0"/>
        <w:tblInd w:w="120" w:type="dxa"/>
        <w:tblCaption w:val="End-use, anti-diversion and responsible-transfer controls"/>
        <w:tblDescription w:val="End-use, anti-diversion and responsible-transfer control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Proposed military, dual-use, firearms, PPE, medical-device, dangerous-goods or other classification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posed military, dual-use, firearms, PPE, medical-device, dangerous-goods or other classification"/>
                <w:tag w:val="olydefence.v3.due-diligence-questionnaire.en.transfer.classification"/>
                <w:id w:val="74306085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licences, registrations, OEM appointments and approved territories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licences, registrations, OEM appointments and approved territories"/>
                <w:tag w:val="olydefence.v3.due-diligence-questionnaire.en.transfer.authorisations"/>
                <w:id w:val="75568770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Buyer and contracting entity</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uyer and contracting entity"/>
                <w:tag w:val="olydefence.v3.due-diligence-questionnaire.en.transfer.buyer"/>
                <w:id w:val="1033118401"/>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Consignee, importer and delivery location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signee, importer and delivery location"/>
                <w:tag w:val="olydefence.v3.due-diligence-questionnaire.en.transfer.consignee"/>
                <w:id w:val="874707559"/>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Final end-user organisation and unit, where lawfully disclosable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l end-user organisation and unit, where lawfully disclosable"/>
                <w:tag w:val="olydefence.v3.due-diligence-questionnaire.en.transfer.end_user"/>
                <w:id w:val="153639417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Final destination country and declared location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Final destination country and declared location"/>
                <w:tag w:val="olydefence.v3.due-diligence-questionnaire.en.transfer.destination"/>
                <w:id w:val="1396094018"/>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Documented intended end use and authorised user population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ocumented intended end use and authorised user population"/>
                <w:tag w:val="olydefence.v3.due-diligence-questionnaire.en.transfer.intended_end_use"/>
                <w:id w:val="172610650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End-user/end-use certificate process and validation ownership</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End-user/end-use certificate process and validation ownership"/>
                <w:tag w:val="olydefence.v3.due-diligence-questionnaire.en.transfer.end_use_controls"/>
                <w:id w:val="197329868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Re-transfer consent, post-delivery assurance and recordkeeping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transfer consent, post-delivery assurance and recordkeeping controls"/>
                <w:tag w:val="olydefence.v3.due-diligence-questionnaire.en.transfer.retransfer_controls"/>
                <w:id w:val="153621954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Anti-diversion red flags, stock/accountability safeguards and escalation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diversion red flags, stock/accountability safeguards and escalation"/>
                <w:tag w:val="olydefence.v3.due-diligence-questionnaire.en.transfer.diversion_controls"/>
                <w:id w:val="130965340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Human-rights/IHL due-diligence policy and escalation process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uman-rights/IHL due-diligence policy and escalation process"/>
                <w:tag w:val="olydefence.v3.due-diligence-questionnaire.en.transfer.ihl_policy"/>
                <w:id w:val="44671933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Supply-chain, quality, HSE and data controls</w:t>
      </w:r>
    </w:p>
    <w:tbl>
      <w:tblPr>
        <w:tblW w:type="dxa" w:w="10106"/>
        <w:jc w:val="center"/>
        <w:tblLayout w:type="fixed"/>
        <w:tblLook w:firstColumn="1" w:firstRow="1" w:lastColumn="0" w:lastRow="0" w:noHBand="0" w:noVBand="1" w:val="04A0"/>
        <w:tblInd w:w="120" w:type="dxa"/>
        <w:tblCaption w:val="Supply-chain, quality, HSE and data controls"/>
        <w:tblDescription w:val="Supply-chain, quality, HSE and data controls: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Critical supply-chain map, country-of-origin and dependency risks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ritical supply-chain map, country-of-origin and dependency risks"/>
                <w:tag w:val="olydefence.v3.due-diligence-questionnaire.en.supply_chain.supply_chain_map"/>
                <w:id w:val="89940347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Quality-management system scope, certificates and issuing bodies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Quality-management system scope, certificates and issuing bodies"/>
                <w:tag w:val="olydefence.v3.due-diligence-questionnaire.en.supply_chain.qms"/>
                <w:id w:val="1396596513"/>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Configuration baseline, drawing/specification control and change notification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onfiguration baseline, drawing/specification control and change notification"/>
                <w:tag w:val="olydefence.v3.due-diligence-questionnaire.en.supply_chain.configuration"/>
                <w:id w:val="128788550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Provenance, counterfeit avoidance, authorised-channel and suspect-item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rovenance, counterfeit avoidance, authorised-channel and suspect-item controls"/>
                <w:tag w:val="olydefence.v3.due-diligence-questionnaire.en.supply_chain.counterfeit"/>
                <w:id w:val="165595843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Serial/lot genealogy, custody, record retention and post-delivery traceability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erial/lot genealogy, custody, record retention and post-delivery traceability controls"/>
                <w:tag w:val="olydefence.v3.due-diligence-questionnaire.en.supply_chain.traceability"/>
                <w:id w:val="213146118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Health, safety, environmental and dangerous-goods management controls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Health, safety, environmental and dangerous-goods management controls"/>
                <w:tag w:val="olydefence.v3.due-diligence-questionnaire.en.supply_chain.hse"/>
                <w:id w:val="75206552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Information-security framework, incidents and controlled-technical-data protections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Information-security framework, incidents and controlled-technical-data protections"/>
                <w:tag w:val="olydefence.v3.due-diligence-questionnaire.en.supply_chain.cyber"/>
                <w:id w:val="34202691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Systems, hosting/storage countries and authorised access locations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ystems, hosting/storage countries and authorised access locations"/>
                <w:tag w:val="olydefence.v3.due-diligence-questionnaire.en.supply_chain.data_locations"/>
                <w:id w:val="194897125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Material quality, safety, cyber or supply incidents in the last five years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Material quality, safety, cyber or supply incidents in the last five years"/>
                <w:tag w:val="olydefence.v3.due-diligence-questionnaire.en.supply_chain.incident_history"/>
                <w:id w:val="1450415317"/>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Supporting evidence checklist</w:t>
      </w:r>
    </w:p>
    <w:tbl>
      <w:tblPr>
        <w:tblW w:type="dxa" w:w="10106"/>
        <w:jc w:val="center"/>
        <w:tblLayout w:type="fixed"/>
        <w:tblLook w:firstColumn="1" w:firstRow="1" w:lastColumn="0" w:lastRow="0" w:noHBand="0" w:noVBand="1" w:val="04A0"/>
        <w:tblInd w:w="120" w:type="dxa"/>
        <w:tblCaption w:val="Supporting evidence checklist"/>
        <w:tblDescription w:val="Supporting evidence checklist: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Registration extract, tax registration and registered-address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Registration extract, tax registration and registered-address evidence"/>
                <w:tag w:val="olydefence.v3.due-diligence-questionnaire.en.evidence.registration_evidence"/>
                <w:id w:val="68128032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Ownership chart and beneficial-owner identity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Ownership chart and beneficial-owner identity evidence"/>
                <w:tag w:val="olydefence.v3.due-diligence-questionnaire.en.evidence.ownership_evidence"/>
                <w:id w:val="1761751904"/>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Current licences, registrations, authorisations and appointment letters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urrent licences, registrations, authorisations and appointment letters"/>
                <w:tag w:val="olydefence.v3.due-diligence-questionnaire.en.evidence.licence_evidence"/>
                <w:id w:val="1587236677"/>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Certificates, audit summary, accreditation and product test evidence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Certificates, audit summary, accreditation and product test evidence"/>
                <w:tag w:val="olydefence.v3.due-diligence-questionnaire.en.evidence.quality_evidence"/>
                <w:id w:val="64142928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Anti-bribery, sanctions, human-rights/IHL, supply-chain and information-security policies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nti-bribery, sanctions, human-rights/IHL, supply-chain and information-security policies"/>
                <w:tag w:val="olydefence.v3.due-diligence-questionnaire.en.evidence.policy_evidence"/>
                <w:id w:val="6074192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Two relevant institutional customer or professional references</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Two relevant institutional customer or professional references"/>
                <w:tag w:val="olydefence.v3.due-diligence-questionnaire.en.evidence.references"/>
                <w:id w:val="2111826871"/>
                <w:text w:multiLine="1"/>
                <w:showingPlcHdr/>
              </w:sdtPr>
              <w:sdtContent>
                <w:r>
                  <w:rPr>
                    <w:color w:val="667985"/>
                    <w:i/>
                    <w:sz w:val="18"/>
                    <w:lang w:val="en-GB" w:eastAsia="en-GB" w:bidi="en-GB"/>
                  </w:rPr>
                  <w:t xml:space="preserve">Click or tap to enter a response. State Not applicable where relevant.</w:t>
                </w:r>
              </w:sdtContent>
            </w:sdt>
          </w:p>
        </w:tc>
      </w:tr>
    </w:tbl>
    <w:p>
      <w:pPr>
        <w:pStyle w:val="Heading1"/>
        <w:keepNext/>
        <w:spacing w:before="160" w:after="80" w:line="240" w:lineRule="auto"/>
        <w:jc w:val="left"/>
      </w:pPr>
      <w:r>
        <w:rPr>
          <w:rFonts w:ascii="Arial" w:hAnsi="Arial" w:eastAsia="Arial" w:cs="Arial"/>
          <w:b/>
          <w:color w:val="866A20"/>
          <w:sz w:val="25"/>
          <w:lang w:val="en-GB" w:eastAsia="en-GB" w:bidi="en-GB"/>
        </w:rPr>
        <w:t>Declaration and authorised sign-off</w:t>
      </w:r>
    </w:p>
    <w:tbl>
      <w:tblPr>
        <w:tblW w:type="dxa" w:w="10106"/>
        <w:jc w:val="center"/>
        <w:tblLayout w:type="fixed"/>
        <w:tblLook w:firstColumn="1" w:firstRow="1" w:lastColumn="0" w:lastRow="0" w:noHBand="0" w:noVBand="1" w:val="04A0"/>
        <w:tblInd w:w="120" w:type="dxa"/>
        <w:tblCaption w:val="Declaration and authorised sign-off"/>
        <w:tblDescription w:val="I confirm that the information supplied is complete and accurate to the best of my knowledge, that I am authorised to submit it, and that the organisation will promptly disclose material changes. I understand that submis"/>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en-GB" w:eastAsia="en-GB" w:bidi="en-GB"/>
              </w:rPr>
              <w:t>Declaration and authorised sign-off</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en-GB" w:eastAsia="en-GB" w:bidi="en-GB"/>
              </w:rPr>
              <w:t>I confirm that the information supplied is complete and accurate to the best of my knowledge, that I am authorised to submit it, and that the organisation will promptly disclose material changes. I understand that submission does not create approval, appointment, confidentiality, availability, exclusivity, licence eligibility or an obligation to transact.</w:t>
            </w:r>
          </w:p>
        </w:tc>
      </w:tr>
    </w:tbl>
    <w:tbl>
      <w:tblPr>
        <w:tblW w:type="dxa" w:w="10106"/>
        <w:jc w:val="center"/>
        <w:tblLayout w:type="fixed"/>
        <w:tblLook w:firstColumn="1" w:firstRow="1" w:lastColumn="0" w:lastRow="0" w:noHBand="0" w:noVBand="1" w:val="04A0"/>
        <w:tblInd w:w="120" w:type="dxa"/>
        <w:tblCaption w:val="Declaration and authorised sign-off"/>
        <w:tblDescription w:val="Declaration and authorised sign-off: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Information requested</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en-GB" w:eastAsia="en-GB" w:bidi="en-GB"/>
              </w:rPr>
              <w:t>Response / evidence reference</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Authorised declarant: full name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Authorised declarant: full name"/>
                <w:tag w:val="olydefence.v3.due-diligence-questionnaire.en.declaration.declaration_name"/>
                <w:id w:val="145688100"/>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Position and organisation</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Position and organisation"/>
                <w:tag w:val="olydefence.v3.due-diligence-questionnaire.en.declaration.declaration_title"/>
                <w:id w:val="1931258236"/>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Basis of authority to submit this form</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Basis of authority to submit this form"/>
                <w:tag w:val="olydefence.v3.due-diligence-questionnaire.en.declaration.declaration_basis"/>
                <w:id w:val="1649867442"/>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Signature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Signature"/>
                <w:tag w:val="olydefence.v3.due-diligence-questionnaire.en.declaration.signature"/>
                <w:id w:val="1137150905"/>
                <w:text w:multiLine="1"/>
                <w:showingPlcHdr/>
              </w:sdtPr>
              <w:sdtContent>
                <w:r>
                  <w:rPr>
                    <w:color w:val="667985"/>
                    <w:i/>
                    <w:sz w:val="18"/>
                    <w:lang w:val="en-GB" w:eastAsia="en-GB" w:bidi="en-GB"/>
                  </w:rPr>
                  <w:t xml:space="preserve">Click or tap to enter a response. State Not applicable where relevant.</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en-GB" w:eastAsia="en-GB" w:bidi="en-GB"/>
              </w:rPr>
              <w:t>Date</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Date"/>
                <w:tag w:val="olydefence.v3.due-diligence-questionnaire.en.declaration.date"/>
                <w:id w:val="99565220"/>
                <w:text w:multiLine="1"/>
                <w:showingPlcHdr/>
              </w:sdtPr>
              <w:sdtContent>
                <w:r>
                  <w:rPr>
                    <w:color w:val="667985"/>
                    <w:i/>
                    <w:sz w:val="18"/>
                    <w:lang w:val="en-GB" w:eastAsia="en-GB" w:bidi="en-GB"/>
                  </w:rPr>
                  <w:t xml:space="preserve">Click or tap to enter a response. State Not applicable where relevant.</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en-GB" w:eastAsia="en-GB" w:bidi="en-GB"/>
            </w:rPr>
            <w:t>OLYD-FRM-DDQ-001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en-GB" w:eastAsia="en-GB" w:bidi="en-GB"/>
            </w:rPr>
            <w:t>Controlled business form when viewed electronically</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en-GB" w:eastAsia="en-GB" w:bidi="en-GB"/>
            </w:rPr>
            <w:t xml:space="preserve">Page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PAGE</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r>
            <w:rPr>
              <w:rFonts w:ascii="Arial" w:hAnsi="Arial" w:eastAsia="Arial" w:cs="Arial"/>
              <w:color w:val="526577"/>
              <w:sz w:val="15"/>
              <w:lang w:val="en-GB" w:eastAsia="en-GB" w:bidi="en-GB"/>
            </w:rPr>
            <w:t xml:space="preserve"> / </w:t>
          </w:r>
          <w:r>
            <w:rPr>
              <w:rFonts w:ascii="Arial" w:hAnsi="Arial" w:eastAsia="Arial" w:cs="Arial"/>
              <w:color w:val="526577"/>
              <w:sz w:val="16"/>
              <w:lang w:val="en-GB" w:eastAsia="en-GB" w:bidi="en-GB"/>
            </w:rPr>
            <w:fldChar w:fldCharType="begin"/>
          </w:r>
          <w:r>
            <w:rPr>
              <w:rFonts w:ascii="Arial" w:hAnsi="Arial" w:eastAsia="Arial" w:cs="Arial"/>
              <w:color w:val="526577"/>
              <w:sz w:val="16"/>
              <w:lang w:val="en-GB" w:eastAsia="en-GB" w:bidi="en-GB"/>
            </w:rPr>
            <w:instrText xml:space="preserve">NUMPAGES</w:instrText>
          </w:r>
          <w:r>
            <w:rPr>
              <w:rFonts w:ascii="Arial" w:hAnsi="Arial" w:eastAsia="Arial" w:cs="Arial"/>
              <w:color w:val="526577"/>
              <w:sz w:val="16"/>
              <w:lang w:val="en-GB" w:eastAsia="en-GB" w:bidi="en-GB"/>
            </w:rPr>
            <w:fldChar w:fldCharType="separate"/>
          </w:r>
          <w:r>
            <w:rPr>
              <w:rFonts w:ascii="Arial" w:hAnsi="Arial" w:eastAsia="Arial" w:cs="Arial"/>
              <w:color w:val="526577"/>
              <w:sz w:val="16"/>
              <w:lang w:val="en-GB" w:eastAsia="en-GB" w:bidi="en-GB"/>
            </w:rPr>
            <w:instrText xml:space="preserve">1</w:instrText>
          </w:r>
          <w:r>
            <w:rPr>
              <w:rFonts w:ascii="Arial" w:hAnsi="Arial" w:eastAsia="Arial" w:cs="Arial"/>
              <w:color w:val="526577"/>
              <w:sz w:val="16"/>
              <w:lang w:val="en-GB" w:eastAsia="en-GB" w:bidi="en-GB"/>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en-GB" w:eastAsia="en-GB" w:bidi="en-GB"/>
            </w:rPr>
            <w:t>DEFENCE, SECURITY &amp; RESILIENCE SUPPLY</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GB" w:eastAsia="en-GB" w:bidi="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Counterparty Due Diligence Questionnaire</dc:title>
  <dc:subject>Identity, integrity, responsible-transfer, supply-chain and information-security review</dc:subject>
  <dc:creator/>
  <cp:keywords>OLYDEFENCE, controlled procurement, responsible transfer, due diligence, document control</cp:keywords>
  <dc:description>Controlled OLYDEFENCE form OLYD-FRM-DDQ-001 V3.0.</dc:description>
  <cp:lastModifiedBy/>
  <cp:revision>1</cp:revision>
  <dcterms:created xsi:type="dcterms:W3CDTF">2013-12-23T23:15:00Z</dcterms:created>
  <dcterms:modified xsi:type="dcterms:W3CDTF">2013-12-23T23:15:00Z</dcterms:modified>
  <cp:category/>
</cp:coreProperties>
</file>